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140" w:tblpY="584"/>
        <w:tblW w:w="0" w:type="auto"/>
        <w:tblLayout w:type="fixed"/>
        <w:tblLook w:val="04A0" w:firstRow="1" w:lastRow="0" w:firstColumn="1" w:lastColumn="0" w:noHBand="0" w:noVBand="1"/>
      </w:tblPr>
      <w:tblGrid>
        <w:gridCol w:w="3402"/>
        <w:gridCol w:w="6908"/>
      </w:tblGrid>
      <w:tr w:rsidR="0095051E" w:rsidRPr="006A21D5" w14:paraId="629A8FA1" w14:textId="77777777" w:rsidTr="009A14B8">
        <w:trPr>
          <w:trHeight w:val="5290"/>
        </w:trPr>
        <w:tc>
          <w:tcPr>
            <w:tcW w:w="3402" w:type="dxa"/>
            <w:tcMar>
              <w:top w:w="120" w:type="dxa"/>
              <w:left w:w="140" w:type="dxa"/>
              <w:bottom w:w="120" w:type="dxa"/>
              <w:right w:w="140" w:type="dxa"/>
            </w:tcMar>
            <w:vAlign w:val="center"/>
          </w:tcPr>
          <w:p w14:paraId="764C52C7" w14:textId="6D07BAC4" w:rsidR="0095051E" w:rsidRPr="006A21D5" w:rsidRDefault="006A21D5" w:rsidP="009A14B8">
            <w:pPr>
              <w:spacing w:line="312" w:lineRule="auto"/>
              <w:jc w:val="center"/>
            </w:pPr>
            <w:r>
              <w:rPr>
                <w:noProof/>
              </w:rPr>
              <w:drawing>
                <wp:inline distT="0" distB="0" distL="0" distR="0" wp14:anchorId="3E5DC56C" wp14:editId="51AE975D">
                  <wp:extent cx="1946495" cy="1946495"/>
                  <wp:effectExtent l="19050" t="0" r="15875" b="34925"/>
                  <wp:docPr id="140031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16336" name="Picture 1400316336"/>
                          <pic:cNvPicPr/>
                        </pic:nvPicPr>
                        <pic:blipFill>
                          <a:blip r:embed="rId8"/>
                          <a:stretch>
                            <a:fillRect/>
                          </a:stretch>
                        </pic:blipFill>
                        <pic:spPr>
                          <a:xfrm>
                            <a:off x="0" y="0"/>
                            <a:ext cx="1955763" cy="1955763"/>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inline>
              </w:drawing>
            </w:r>
          </w:p>
        </w:tc>
        <w:tc>
          <w:tcPr>
            <w:tcW w:w="6908" w:type="dxa"/>
            <w:tcMar>
              <w:top w:w="120" w:type="dxa"/>
              <w:left w:w="140" w:type="dxa"/>
              <w:bottom w:w="120" w:type="dxa"/>
              <w:right w:w="140" w:type="dxa"/>
            </w:tcMar>
            <w:vAlign w:val="center"/>
          </w:tcPr>
          <w:p w14:paraId="69109D64" w14:textId="77777777" w:rsidR="0095051E" w:rsidRPr="006A21D5" w:rsidRDefault="00000000" w:rsidP="009A14B8">
            <w:pPr>
              <w:spacing w:after="160" w:line="312" w:lineRule="auto"/>
            </w:pPr>
            <w:r w:rsidRPr="006A21D5">
              <w:rPr>
                <w:b/>
                <w:sz w:val="18"/>
              </w:rPr>
              <w:t>CONSULTANT PROFILE</w:t>
            </w:r>
          </w:p>
          <w:p w14:paraId="3D730455" w14:textId="77777777" w:rsidR="0095051E" w:rsidRPr="006A21D5" w:rsidRDefault="00000000" w:rsidP="009A14B8">
            <w:pPr>
              <w:spacing w:after="80" w:line="312" w:lineRule="auto"/>
            </w:pPr>
            <w:r w:rsidRPr="006A21D5">
              <w:rPr>
                <w:b/>
                <w:sz w:val="48"/>
              </w:rPr>
              <w:t>Yosef Tafa Oba</w:t>
            </w:r>
          </w:p>
          <w:p w14:paraId="007A0627" w14:textId="77777777" w:rsidR="0095051E" w:rsidRPr="009A14B8" w:rsidRDefault="00000000" w:rsidP="009A14B8">
            <w:pPr>
              <w:spacing w:after="160" w:line="312" w:lineRule="auto"/>
              <w:rPr>
                <w:bCs/>
                <w:i/>
                <w:iCs/>
                <w:sz w:val="24"/>
                <w:szCs w:val="24"/>
              </w:rPr>
            </w:pPr>
            <w:r w:rsidRPr="009A14B8">
              <w:rPr>
                <w:bCs/>
                <w:i/>
                <w:iCs/>
                <w:sz w:val="24"/>
                <w:szCs w:val="24"/>
              </w:rPr>
              <w:t>Senior Engineering Geologist | Geotechnical Engineer | Material Engineer</w:t>
            </w:r>
          </w:p>
          <w:p w14:paraId="644AAE67" w14:textId="77777777" w:rsidR="0095051E" w:rsidRPr="006A21D5" w:rsidRDefault="00000000" w:rsidP="009A14B8">
            <w:pPr>
              <w:spacing w:line="312" w:lineRule="auto"/>
              <w:jc w:val="both"/>
            </w:pPr>
            <w:proofErr w:type="gramStart"/>
            <w:r w:rsidRPr="006A21D5">
              <w:t>Senior</w:t>
            </w:r>
            <w:proofErr w:type="gramEnd"/>
            <w:r w:rsidRPr="006A21D5">
              <w:t xml:space="preserve"> engineering geologist with over 15 years of professional experience in geotechnical investigations, materials engineering, hydrogeology, geological mapping, foundation assessment, dam-related site investigation, and infrastructure project support. His background combines strong field investigation skills, laboratory coordination, construction material evaluation, geotechnical interpretation, and technical reporting for dams, bridges, roads, buildings, and water infrastructure projects.</w:t>
            </w:r>
          </w:p>
          <w:p w14:paraId="0956D0F2" w14:textId="77777777" w:rsidR="0095051E" w:rsidRPr="006A21D5" w:rsidRDefault="0095051E" w:rsidP="009A14B8">
            <w:pPr>
              <w:spacing w:line="312" w:lineRule="auto"/>
            </w:pPr>
          </w:p>
        </w:tc>
      </w:tr>
    </w:tbl>
    <w:p w14:paraId="5E850AC6" w14:textId="77777777" w:rsidR="0095051E" w:rsidRPr="006A21D5" w:rsidRDefault="0095051E" w:rsidP="006A21D5">
      <w:pPr>
        <w:spacing w:line="312" w:lineRule="auto"/>
      </w:pPr>
    </w:p>
    <w:tbl>
      <w:tblPr>
        <w:tblpPr w:leftFromText="180" w:rightFromText="180" w:vertAnchor="text" w:horzAnchor="margin" w:tblpY="331"/>
        <w:tblOverlap w:val="never"/>
        <w:tblW w:w="10350" w:type="dxa"/>
        <w:tblLayout w:type="fixed"/>
        <w:tblLook w:val="04A0" w:firstRow="1" w:lastRow="0" w:firstColumn="1" w:lastColumn="0" w:noHBand="0" w:noVBand="1"/>
      </w:tblPr>
      <w:tblGrid>
        <w:gridCol w:w="5133"/>
        <w:gridCol w:w="5217"/>
      </w:tblGrid>
      <w:tr w:rsidR="006A21D5" w:rsidRPr="006A21D5" w14:paraId="5589252A" w14:textId="77777777" w:rsidTr="00443AB9">
        <w:trPr>
          <w:trHeight w:val="550"/>
        </w:trPr>
        <w:tc>
          <w:tcPr>
            <w:tcW w:w="5133" w:type="dxa"/>
            <w:tcMar>
              <w:top w:w="70" w:type="dxa"/>
              <w:left w:w="90" w:type="dxa"/>
              <w:bottom w:w="70" w:type="dxa"/>
              <w:right w:w="90" w:type="dxa"/>
            </w:tcMar>
          </w:tcPr>
          <w:p w14:paraId="26FC8858" w14:textId="77777777" w:rsidR="006A21D5" w:rsidRPr="006A21D5" w:rsidRDefault="006A21D5" w:rsidP="00443AB9">
            <w:pPr>
              <w:spacing w:before="240" w:after="0" w:line="312" w:lineRule="auto"/>
              <w:jc w:val="center"/>
              <w:rPr>
                <w:color w:val="000000" w:themeColor="text1"/>
              </w:rPr>
            </w:pPr>
            <w:r w:rsidRPr="006A21D5">
              <w:rPr>
                <w:b/>
                <w:color w:val="000000" w:themeColor="text1"/>
              </w:rPr>
              <w:t>M.Sc. in Geological Engineering</w:t>
            </w:r>
          </w:p>
        </w:tc>
        <w:tc>
          <w:tcPr>
            <w:tcW w:w="5217" w:type="dxa"/>
            <w:tcMar>
              <w:top w:w="70" w:type="dxa"/>
              <w:left w:w="90" w:type="dxa"/>
              <w:bottom w:w="70" w:type="dxa"/>
              <w:right w:w="90" w:type="dxa"/>
            </w:tcMar>
          </w:tcPr>
          <w:p w14:paraId="4107710F" w14:textId="77777777" w:rsidR="006A21D5" w:rsidRPr="006A21D5" w:rsidRDefault="006A21D5" w:rsidP="00443AB9">
            <w:pPr>
              <w:spacing w:before="240" w:after="0" w:line="312" w:lineRule="auto"/>
              <w:jc w:val="center"/>
              <w:rPr>
                <w:color w:val="000000" w:themeColor="text1"/>
              </w:rPr>
            </w:pPr>
            <w:r w:rsidRPr="006A21D5">
              <w:rPr>
                <w:b/>
                <w:color w:val="000000" w:themeColor="text1"/>
              </w:rPr>
              <w:t>B.Sc. in Applied Geology</w:t>
            </w:r>
          </w:p>
        </w:tc>
      </w:tr>
      <w:tr w:rsidR="006A21D5" w:rsidRPr="006A21D5" w14:paraId="7D4A1800" w14:textId="77777777" w:rsidTr="00443AB9">
        <w:trPr>
          <w:trHeight w:val="852"/>
        </w:trPr>
        <w:tc>
          <w:tcPr>
            <w:tcW w:w="5133" w:type="dxa"/>
            <w:tcMar>
              <w:top w:w="70" w:type="dxa"/>
              <w:left w:w="90" w:type="dxa"/>
              <w:bottom w:w="70" w:type="dxa"/>
              <w:right w:w="90" w:type="dxa"/>
            </w:tcMar>
          </w:tcPr>
          <w:p w14:paraId="09639880" w14:textId="77777777" w:rsidR="006A21D5" w:rsidRPr="006A21D5" w:rsidRDefault="006A21D5" w:rsidP="00443AB9">
            <w:pPr>
              <w:spacing w:before="240" w:after="0" w:line="312" w:lineRule="auto"/>
              <w:jc w:val="center"/>
              <w:rPr>
                <w:color w:val="000000" w:themeColor="text1"/>
              </w:rPr>
            </w:pPr>
            <w:r w:rsidRPr="006A21D5">
              <w:rPr>
                <w:b/>
                <w:color w:val="000000" w:themeColor="text1"/>
              </w:rPr>
              <w:t>Dam &amp; Geotechnical Investigation</w:t>
            </w:r>
          </w:p>
        </w:tc>
        <w:tc>
          <w:tcPr>
            <w:tcW w:w="5217" w:type="dxa"/>
            <w:tcMar>
              <w:top w:w="70" w:type="dxa"/>
              <w:left w:w="90" w:type="dxa"/>
              <w:bottom w:w="70" w:type="dxa"/>
              <w:right w:w="90" w:type="dxa"/>
            </w:tcMar>
          </w:tcPr>
          <w:p w14:paraId="4CDE0A9D" w14:textId="77777777" w:rsidR="006A21D5" w:rsidRPr="006A21D5" w:rsidRDefault="006A21D5" w:rsidP="00443AB9">
            <w:pPr>
              <w:spacing w:before="240" w:after="0" w:line="312" w:lineRule="auto"/>
              <w:jc w:val="center"/>
              <w:rPr>
                <w:color w:val="000000" w:themeColor="text1"/>
              </w:rPr>
            </w:pPr>
            <w:r w:rsidRPr="006A21D5">
              <w:rPr>
                <w:b/>
                <w:color w:val="000000" w:themeColor="text1"/>
              </w:rPr>
              <w:t>Hydrogeology &amp; Materials Engineering</w:t>
            </w:r>
          </w:p>
        </w:tc>
      </w:tr>
    </w:tbl>
    <w:tbl>
      <w:tblPr>
        <w:tblW w:w="0" w:type="auto"/>
        <w:jc w:val="center"/>
        <w:tblLook w:val="04A0" w:firstRow="1" w:lastRow="0" w:firstColumn="1" w:lastColumn="0" w:noHBand="0" w:noVBand="1"/>
      </w:tblPr>
      <w:tblGrid>
        <w:gridCol w:w="10325"/>
      </w:tblGrid>
      <w:tr w:rsidR="0095051E" w:rsidRPr="006A21D5" w14:paraId="44CA1200" w14:textId="77777777" w:rsidTr="001B1DF0">
        <w:trPr>
          <w:jc w:val="center"/>
        </w:trPr>
        <w:tc>
          <w:tcPr>
            <w:tcW w:w="10325" w:type="dxa"/>
            <w:tcMar>
              <w:top w:w="120" w:type="dxa"/>
              <w:left w:w="150" w:type="dxa"/>
              <w:bottom w:w="120" w:type="dxa"/>
              <w:right w:w="150" w:type="dxa"/>
            </w:tcMar>
          </w:tcPr>
          <w:p w14:paraId="30FB2E5D" w14:textId="2F3C6854" w:rsidR="0095051E" w:rsidRPr="006A21D5" w:rsidRDefault="00000000" w:rsidP="006A21D5">
            <w:pPr>
              <w:spacing w:after="160" w:line="312" w:lineRule="auto"/>
            </w:pPr>
            <w:r w:rsidRPr="006A21D5">
              <w:rPr>
                <w:b/>
                <w:color w:val="0B2E59"/>
                <w:sz w:val="26"/>
              </w:rPr>
              <w:t>Executive Summary</w:t>
            </w:r>
          </w:p>
          <w:p w14:paraId="2F2E76DC" w14:textId="77777777" w:rsidR="0095051E" w:rsidRPr="00807DE4" w:rsidRDefault="00000000" w:rsidP="006A21D5">
            <w:pPr>
              <w:spacing w:after="100" w:line="312" w:lineRule="auto"/>
              <w:jc w:val="both"/>
            </w:pPr>
            <w:r w:rsidRPr="00807DE4">
              <w:rPr>
                <w:color w:val="1F2937"/>
              </w:rPr>
              <w:t xml:space="preserve">Yosef Tafa Oba is a senior engineering geologist with extensive experience in geotechnical site investigation, geological and geotechnical mapping, materials sourcing, laboratory and </w:t>
            </w:r>
            <w:proofErr w:type="gramStart"/>
            <w:r w:rsidRPr="00807DE4">
              <w:rPr>
                <w:color w:val="1F2937"/>
              </w:rPr>
              <w:t>field testing</w:t>
            </w:r>
            <w:proofErr w:type="gramEnd"/>
            <w:r w:rsidRPr="00807DE4">
              <w:rPr>
                <w:color w:val="1F2937"/>
              </w:rPr>
              <w:t xml:space="preserve"> coordination, hydrogeological assessment, and foundation investigation for major infrastructure projects. His work spans dams, bridges, roads, wastewater facilities, hydropower schemes, and building projects.</w:t>
            </w:r>
          </w:p>
          <w:p w14:paraId="24929DEE" w14:textId="77777777" w:rsidR="0095051E" w:rsidRDefault="00000000" w:rsidP="006A21D5">
            <w:pPr>
              <w:spacing w:after="100" w:line="312" w:lineRule="auto"/>
              <w:jc w:val="both"/>
              <w:rPr>
                <w:color w:val="1F2937"/>
              </w:rPr>
            </w:pPr>
            <w:r w:rsidRPr="00807DE4">
              <w:rPr>
                <w:color w:val="1F2937"/>
              </w:rPr>
              <w:t>His professional experience is particularly relevant to dam and irrigation development, detailed geotechnical investigation, engineering geology for design support, construction material identification and quality control, in-situ testing, drilling supervision, technical interpretation of field and laboratory results, and preparation of factual and geotechnical design reports.</w:t>
            </w:r>
          </w:p>
          <w:tbl>
            <w:tblPr>
              <w:tblW w:w="0" w:type="auto"/>
              <w:jc w:val="cente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10007"/>
            </w:tblGrid>
            <w:tr w:rsidR="00ED633A" w14:paraId="5D286023" w14:textId="77777777" w:rsidTr="000A73B7">
              <w:trPr>
                <w:jc w:val="center"/>
              </w:trPr>
              <w:tc>
                <w:tcPr>
                  <w:tcW w:w="10080" w:type="dxa"/>
                  <w:tcBorders>
                    <w:top w:val="nil"/>
                    <w:left w:val="single" w:sz="14" w:space="0" w:color="C89B3C"/>
                    <w:bottom w:val="nil"/>
                    <w:right w:val="nil"/>
                  </w:tcBorders>
                  <w:shd w:val="clear" w:color="auto" w:fill="FFF9EE"/>
                  <w:tcMar>
                    <w:top w:w="120" w:type="dxa"/>
                    <w:left w:w="180" w:type="dxa"/>
                    <w:bottom w:w="120" w:type="dxa"/>
                    <w:right w:w="140" w:type="dxa"/>
                  </w:tcMar>
                </w:tcPr>
                <w:p w14:paraId="1EBD3F0C" w14:textId="5B3B679F" w:rsidR="00ED633A" w:rsidRDefault="00ED633A" w:rsidP="00ED633A">
                  <w:pPr>
                    <w:spacing w:line="312" w:lineRule="auto"/>
                    <w:jc w:val="both"/>
                  </w:pPr>
                  <w:r w:rsidRPr="00807DE4">
                    <w:rPr>
                      <w:i/>
                      <w:color w:val="334155"/>
                    </w:rPr>
                    <w:t>Strong geotechnical consultancy depends on sound field investigation, disciplined logging and testing, proper interpretation of site conditions, and the ability to convert investigation findings into practical design and construction guidance.</w:t>
                  </w:r>
                </w:p>
              </w:tc>
            </w:tr>
          </w:tbl>
          <w:p w14:paraId="16F1B54B" w14:textId="77777777" w:rsidR="00ED633A" w:rsidRPr="00807DE4" w:rsidRDefault="00ED633A" w:rsidP="006A21D5">
            <w:pPr>
              <w:spacing w:after="100" w:line="312" w:lineRule="auto"/>
              <w:jc w:val="both"/>
            </w:pPr>
          </w:p>
          <w:p w14:paraId="27C17C4B" w14:textId="299DE142" w:rsidR="0095051E" w:rsidRPr="006A21D5" w:rsidRDefault="0095051E" w:rsidP="006A21D5">
            <w:pPr>
              <w:spacing w:after="100" w:line="312" w:lineRule="auto"/>
              <w:jc w:val="both"/>
            </w:pPr>
          </w:p>
        </w:tc>
      </w:tr>
    </w:tbl>
    <w:p w14:paraId="17217227" w14:textId="4B077980" w:rsidR="00807DE4" w:rsidRDefault="00807DE4" w:rsidP="006A21D5">
      <w:pPr>
        <w:spacing w:after="40" w:line="312" w:lineRule="auto"/>
      </w:pPr>
    </w:p>
    <w:p w14:paraId="78CCF2D9" w14:textId="77777777" w:rsidR="00807DE4" w:rsidRDefault="00807DE4">
      <w:r>
        <w:br w:type="page"/>
      </w:r>
    </w:p>
    <w:p w14:paraId="232484CD" w14:textId="77777777" w:rsidR="0095051E" w:rsidRPr="006A21D5" w:rsidRDefault="0095051E" w:rsidP="006A21D5">
      <w:pPr>
        <w:spacing w:after="40" w:line="312" w:lineRule="auto"/>
      </w:pPr>
    </w:p>
    <w:tbl>
      <w:tblPr>
        <w:tblW w:w="0" w:type="auto"/>
        <w:jc w:val="center"/>
        <w:tblLook w:val="04A0" w:firstRow="1" w:lastRow="0" w:firstColumn="1" w:lastColumn="0" w:noHBand="0" w:noVBand="1"/>
      </w:tblPr>
      <w:tblGrid>
        <w:gridCol w:w="10325"/>
      </w:tblGrid>
      <w:tr w:rsidR="0095051E" w:rsidRPr="006A21D5" w14:paraId="50BA9CEC" w14:textId="77777777" w:rsidTr="001B1DF0">
        <w:trPr>
          <w:jc w:val="center"/>
        </w:trPr>
        <w:tc>
          <w:tcPr>
            <w:tcW w:w="10325" w:type="dxa"/>
            <w:tcMar>
              <w:top w:w="120" w:type="dxa"/>
              <w:left w:w="150" w:type="dxa"/>
              <w:bottom w:w="120" w:type="dxa"/>
              <w:right w:w="150" w:type="dxa"/>
            </w:tcMar>
          </w:tcPr>
          <w:p w14:paraId="79250813" w14:textId="77777777" w:rsidR="0095051E" w:rsidRPr="006A21D5" w:rsidRDefault="00000000" w:rsidP="006A21D5">
            <w:pPr>
              <w:spacing w:after="160" w:line="312" w:lineRule="auto"/>
            </w:pPr>
            <w:r w:rsidRPr="006A21D5">
              <w:rPr>
                <w:b/>
                <w:color w:val="0B2E59"/>
                <w:sz w:val="26"/>
              </w:rPr>
              <w:t>Areas of Professional Strength</w:t>
            </w:r>
          </w:p>
          <w:p w14:paraId="1CB3ACCD" w14:textId="77777777" w:rsidR="0095051E" w:rsidRDefault="00000000" w:rsidP="006A21D5">
            <w:pPr>
              <w:spacing w:after="100" w:line="312" w:lineRule="auto"/>
              <w:jc w:val="both"/>
              <w:rPr>
                <w:color w:val="1F2937"/>
              </w:rPr>
            </w:pPr>
            <w:r w:rsidRPr="00807DE4">
              <w:rPr>
                <w:color w:val="1F2937"/>
              </w:rPr>
              <w:t>Yosef Tafa Oba’s profile reflects broad experience in engineering geology, geotechnical investigation, construction materials engineering, hydrogeology, foundation assessment, and infrastructure project support. He has contributed to feasibility and detailed design assignments for dams, bridges, roads, wastewater treatment facilities, hydropower works, and public infrastructure projects in Ethiopia.</w:t>
            </w:r>
          </w:p>
          <w:tbl>
            <w:tblPr>
              <w:tblW w:w="0" w:type="auto"/>
              <w:tblLook w:val="04A0" w:firstRow="1" w:lastRow="0" w:firstColumn="1" w:lastColumn="0" w:noHBand="0" w:noVBand="1"/>
            </w:tblPr>
            <w:tblGrid>
              <w:gridCol w:w="5005"/>
              <w:gridCol w:w="5000"/>
            </w:tblGrid>
            <w:tr w:rsidR="0095051E" w:rsidRPr="006A21D5" w14:paraId="77A49726" w14:textId="77777777" w:rsidTr="001B1DF0">
              <w:tc>
                <w:tcPr>
                  <w:tcW w:w="5005" w:type="dxa"/>
                  <w:shd w:val="clear" w:color="auto" w:fill="FCFEFF"/>
                  <w:tcMar>
                    <w:top w:w="90" w:type="dxa"/>
                    <w:left w:w="100" w:type="dxa"/>
                    <w:bottom w:w="90" w:type="dxa"/>
                    <w:right w:w="100" w:type="dxa"/>
                  </w:tcMar>
                </w:tcPr>
                <w:p w14:paraId="33F8FD87" w14:textId="77777777" w:rsidR="0095051E" w:rsidRPr="006A21D5" w:rsidRDefault="00000000" w:rsidP="006A21D5">
                  <w:pPr>
                    <w:spacing w:after="100" w:line="312" w:lineRule="auto"/>
                  </w:pPr>
                  <w:r w:rsidRPr="006A21D5">
                    <w:rPr>
                      <w:b/>
                      <w:color w:val="0B2E59"/>
                    </w:rPr>
                    <w:t>Core Areas of Expertise</w:t>
                  </w:r>
                </w:p>
                <w:p w14:paraId="722301B3" w14:textId="77777777" w:rsidR="0095051E" w:rsidRPr="00807DE4" w:rsidRDefault="00000000" w:rsidP="006A21D5">
                  <w:pPr>
                    <w:pStyle w:val="ListBullet"/>
                    <w:spacing w:after="40" w:line="312" w:lineRule="auto"/>
                  </w:pPr>
                  <w:r w:rsidRPr="00807DE4">
                    <w:rPr>
                      <w:color w:val="1F2937"/>
                    </w:rPr>
                    <w:t>Geotechnical site investigation and foundation assessment</w:t>
                  </w:r>
                </w:p>
                <w:p w14:paraId="4405322E" w14:textId="77777777" w:rsidR="0095051E" w:rsidRPr="00807DE4" w:rsidRDefault="00000000" w:rsidP="006A21D5">
                  <w:pPr>
                    <w:pStyle w:val="ListBullet"/>
                    <w:spacing w:after="40" w:line="312" w:lineRule="auto"/>
                  </w:pPr>
                  <w:r w:rsidRPr="00807DE4">
                    <w:rPr>
                      <w:color w:val="1F2937"/>
                    </w:rPr>
                    <w:t>Engineering geological mapping and structural interpretation</w:t>
                  </w:r>
                </w:p>
                <w:p w14:paraId="1662D5D2" w14:textId="77777777" w:rsidR="0095051E" w:rsidRPr="00807DE4" w:rsidRDefault="00000000" w:rsidP="006A21D5">
                  <w:pPr>
                    <w:pStyle w:val="ListBullet"/>
                    <w:spacing w:after="40" w:line="312" w:lineRule="auto"/>
                  </w:pPr>
                  <w:r w:rsidRPr="00807DE4">
                    <w:rPr>
                      <w:color w:val="1F2937"/>
                    </w:rPr>
                    <w:t xml:space="preserve">Construction material </w:t>
                  </w:r>
                  <w:proofErr w:type="gramStart"/>
                  <w:r w:rsidRPr="00807DE4">
                    <w:rPr>
                      <w:color w:val="1F2937"/>
                    </w:rPr>
                    <w:t>sourcing</w:t>
                  </w:r>
                  <w:proofErr w:type="gramEnd"/>
                  <w:r w:rsidRPr="00807DE4">
                    <w:rPr>
                      <w:color w:val="1F2937"/>
                    </w:rPr>
                    <w:t xml:space="preserve"> and quality control</w:t>
                  </w:r>
                </w:p>
                <w:p w14:paraId="68B19B39" w14:textId="77777777" w:rsidR="0095051E" w:rsidRPr="00807DE4" w:rsidRDefault="00000000" w:rsidP="006A21D5">
                  <w:pPr>
                    <w:pStyle w:val="ListBullet"/>
                    <w:spacing w:after="40" w:line="312" w:lineRule="auto"/>
                  </w:pPr>
                  <w:r w:rsidRPr="00807DE4">
                    <w:rPr>
                      <w:color w:val="1F2937"/>
                    </w:rPr>
                    <w:t>Dam foundation investigation and borrow/quarry evaluation</w:t>
                  </w:r>
                </w:p>
                <w:p w14:paraId="009CD3EB" w14:textId="77777777" w:rsidR="0095051E" w:rsidRPr="00807DE4" w:rsidRDefault="00000000" w:rsidP="006A21D5">
                  <w:pPr>
                    <w:pStyle w:val="ListBullet"/>
                    <w:spacing w:after="40" w:line="312" w:lineRule="auto"/>
                  </w:pPr>
                  <w:r w:rsidRPr="00807DE4">
                    <w:rPr>
                      <w:color w:val="1F2937"/>
                    </w:rPr>
                    <w:t>Hydrogeological investigation and groundwater assessment</w:t>
                  </w:r>
                </w:p>
                <w:p w14:paraId="1B7A9BAA" w14:textId="77777777" w:rsidR="0095051E" w:rsidRPr="00807DE4" w:rsidRDefault="00000000" w:rsidP="006A21D5">
                  <w:pPr>
                    <w:pStyle w:val="ListBullet"/>
                    <w:spacing w:after="40" w:line="312" w:lineRule="auto"/>
                  </w:pPr>
                  <w:r w:rsidRPr="00807DE4">
                    <w:rPr>
                      <w:color w:val="1F2937"/>
                    </w:rPr>
                    <w:t>In-situ testing, borehole logging, and drilling supervision</w:t>
                  </w:r>
                </w:p>
                <w:p w14:paraId="49B29290" w14:textId="77777777" w:rsidR="0095051E" w:rsidRPr="00807DE4" w:rsidRDefault="00000000" w:rsidP="006A21D5">
                  <w:pPr>
                    <w:pStyle w:val="ListBullet"/>
                    <w:spacing w:after="40" w:line="312" w:lineRule="auto"/>
                  </w:pPr>
                  <w:r w:rsidRPr="00807DE4">
                    <w:rPr>
                      <w:color w:val="1F2937"/>
                    </w:rPr>
                    <w:t>Laboratory test coordination and interpretation</w:t>
                  </w:r>
                </w:p>
                <w:p w14:paraId="62AD806E" w14:textId="77777777" w:rsidR="0095051E" w:rsidRPr="006A21D5" w:rsidRDefault="00000000" w:rsidP="006A21D5">
                  <w:pPr>
                    <w:pStyle w:val="ListBullet"/>
                    <w:spacing w:after="40" w:line="312" w:lineRule="auto"/>
                  </w:pPr>
                  <w:r w:rsidRPr="00807DE4">
                    <w:rPr>
                      <w:color w:val="1F2937"/>
                    </w:rPr>
                    <w:t>Technical reporting and geotechnical documentation</w:t>
                  </w:r>
                </w:p>
              </w:tc>
              <w:tc>
                <w:tcPr>
                  <w:tcW w:w="5000" w:type="dxa"/>
                  <w:shd w:val="clear" w:color="auto" w:fill="FCFEFF"/>
                  <w:tcMar>
                    <w:top w:w="90" w:type="dxa"/>
                    <w:left w:w="100" w:type="dxa"/>
                    <w:bottom w:w="90" w:type="dxa"/>
                    <w:right w:w="100" w:type="dxa"/>
                  </w:tcMar>
                </w:tcPr>
                <w:p w14:paraId="3524E383" w14:textId="77777777" w:rsidR="0095051E" w:rsidRPr="006A21D5" w:rsidRDefault="00000000" w:rsidP="006A21D5">
                  <w:pPr>
                    <w:spacing w:after="100" w:line="312" w:lineRule="auto"/>
                  </w:pPr>
                  <w:r w:rsidRPr="006A21D5">
                    <w:rPr>
                      <w:b/>
                      <w:color w:val="0B2E59"/>
                    </w:rPr>
                    <w:t>Professional Roles</w:t>
                  </w:r>
                </w:p>
                <w:p w14:paraId="6338F37A" w14:textId="77777777" w:rsidR="0095051E" w:rsidRPr="00807DE4" w:rsidRDefault="00000000" w:rsidP="006A21D5">
                  <w:pPr>
                    <w:pStyle w:val="ListBullet"/>
                    <w:spacing w:after="40" w:line="312" w:lineRule="auto"/>
                  </w:pPr>
                  <w:r w:rsidRPr="00807DE4">
                    <w:rPr>
                      <w:color w:val="1F2937"/>
                    </w:rPr>
                    <w:t>Senior Engineering Geologist</w:t>
                  </w:r>
                </w:p>
                <w:p w14:paraId="1AE175D3" w14:textId="77777777" w:rsidR="0095051E" w:rsidRPr="00807DE4" w:rsidRDefault="00000000" w:rsidP="006A21D5">
                  <w:pPr>
                    <w:pStyle w:val="ListBullet"/>
                    <w:spacing w:after="40" w:line="312" w:lineRule="auto"/>
                  </w:pPr>
                  <w:r w:rsidRPr="00807DE4">
                    <w:rPr>
                      <w:color w:val="1F2937"/>
                    </w:rPr>
                    <w:t>Geotechnical Engineer</w:t>
                  </w:r>
                </w:p>
                <w:p w14:paraId="5671E5B6" w14:textId="77777777" w:rsidR="0095051E" w:rsidRPr="00807DE4" w:rsidRDefault="00000000" w:rsidP="006A21D5">
                  <w:pPr>
                    <w:pStyle w:val="ListBullet"/>
                    <w:spacing w:after="40" w:line="312" w:lineRule="auto"/>
                  </w:pPr>
                  <w:r w:rsidRPr="00807DE4">
                    <w:rPr>
                      <w:color w:val="1F2937"/>
                    </w:rPr>
                    <w:t>Material Engineer</w:t>
                  </w:r>
                </w:p>
                <w:p w14:paraId="6A864A96" w14:textId="77777777" w:rsidR="0095051E" w:rsidRPr="00807DE4" w:rsidRDefault="00000000" w:rsidP="006A21D5">
                  <w:pPr>
                    <w:pStyle w:val="ListBullet"/>
                    <w:spacing w:after="40" w:line="312" w:lineRule="auto"/>
                  </w:pPr>
                  <w:r w:rsidRPr="00807DE4">
                    <w:rPr>
                      <w:color w:val="1F2937"/>
                    </w:rPr>
                    <w:t>Hydrogeologist</w:t>
                  </w:r>
                </w:p>
                <w:p w14:paraId="3CE843AB" w14:textId="77777777" w:rsidR="0095051E" w:rsidRPr="00807DE4" w:rsidRDefault="00000000" w:rsidP="006A21D5">
                  <w:pPr>
                    <w:pStyle w:val="ListBullet"/>
                    <w:spacing w:after="40" w:line="312" w:lineRule="auto"/>
                  </w:pPr>
                  <w:r w:rsidRPr="00807DE4">
                    <w:rPr>
                      <w:color w:val="1F2937"/>
                    </w:rPr>
                    <w:t>Exploration Geologist</w:t>
                  </w:r>
                </w:p>
                <w:p w14:paraId="3578D588" w14:textId="77777777" w:rsidR="0095051E" w:rsidRPr="006A21D5" w:rsidRDefault="00000000" w:rsidP="006A21D5">
                  <w:pPr>
                    <w:pStyle w:val="ListBullet"/>
                    <w:spacing w:after="40" w:line="312" w:lineRule="auto"/>
                  </w:pPr>
                  <w:r w:rsidRPr="00807DE4">
                    <w:rPr>
                      <w:color w:val="1F2937"/>
                    </w:rPr>
                    <w:t>Site Investigation and Reporting Specialist</w:t>
                  </w:r>
                </w:p>
              </w:tc>
            </w:tr>
          </w:tbl>
          <w:p w14:paraId="0047775B" w14:textId="77777777" w:rsidR="0095051E" w:rsidRPr="006A21D5" w:rsidRDefault="0095051E" w:rsidP="006A21D5">
            <w:pPr>
              <w:spacing w:line="312" w:lineRule="auto"/>
            </w:pPr>
          </w:p>
        </w:tc>
      </w:tr>
      <w:tr w:rsidR="0095051E" w:rsidRPr="006A21D5" w14:paraId="5D614D7C" w14:textId="77777777" w:rsidTr="001B1DF0">
        <w:trPr>
          <w:jc w:val="center"/>
        </w:trPr>
        <w:tc>
          <w:tcPr>
            <w:tcW w:w="10325" w:type="dxa"/>
            <w:tcMar>
              <w:top w:w="120" w:type="dxa"/>
              <w:left w:w="150" w:type="dxa"/>
              <w:bottom w:w="120" w:type="dxa"/>
              <w:right w:w="150" w:type="dxa"/>
            </w:tcMar>
          </w:tcPr>
          <w:p w14:paraId="31C8E435" w14:textId="77777777" w:rsidR="0095051E" w:rsidRPr="006A21D5" w:rsidRDefault="00000000" w:rsidP="006A21D5">
            <w:pPr>
              <w:spacing w:after="160" w:line="312" w:lineRule="auto"/>
            </w:pPr>
            <w:r w:rsidRPr="006A21D5">
              <w:rPr>
                <w:b/>
                <w:color w:val="0B2E59"/>
                <w:sz w:val="26"/>
              </w:rPr>
              <w:t>Geotechnical, Geological, and Materials Engineering Expertise</w:t>
            </w:r>
          </w:p>
          <w:p w14:paraId="02E7A145" w14:textId="77777777" w:rsidR="0095051E" w:rsidRPr="00807DE4" w:rsidRDefault="00000000" w:rsidP="006A21D5">
            <w:pPr>
              <w:pStyle w:val="ListBullet"/>
              <w:spacing w:after="40" w:line="312" w:lineRule="auto"/>
            </w:pPr>
            <w:r w:rsidRPr="00807DE4">
              <w:rPr>
                <w:color w:val="1F2937"/>
              </w:rPr>
              <w:t>Foundation investigation for dams, buildings, bridges, and hydraulic structures.</w:t>
            </w:r>
          </w:p>
          <w:p w14:paraId="0B2289A5" w14:textId="77777777" w:rsidR="0095051E" w:rsidRPr="00807DE4" w:rsidRDefault="00000000" w:rsidP="006A21D5">
            <w:pPr>
              <w:pStyle w:val="ListBullet"/>
              <w:spacing w:after="40" w:line="312" w:lineRule="auto"/>
            </w:pPr>
            <w:r w:rsidRPr="00807DE4">
              <w:rPr>
                <w:color w:val="1F2937"/>
              </w:rPr>
              <w:t>Engineering geological and geotechnical mapping of project sites and surrounding formations.</w:t>
            </w:r>
          </w:p>
          <w:p w14:paraId="47072D8D" w14:textId="77777777" w:rsidR="0095051E" w:rsidRPr="00807DE4" w:rsidRDefault="00000000" w:rsidP="006A21D5">
            <w:pPr>
              <w:pStyle w:val="ListBullet"/>
              <w:spacing w:after="40" w:line="312" w:lineRule="auto"/>
            </w:pPr>
            <w:r w:rsidRPr="00807DE4">
              <w:rPr>
                <w:color w:val="1F2937"/>
              </w:rPr>
              <w:t>Supervision of drilling works and logging of geological and geotechnical boreholes.</w:t>
            </w:r>
          </w:p>
          <w:p w14:paraId="796B43F1" w14:textId="77777777" w:rsidR="0095051E" w:rsidRPr="00807DE4" w:rsidRDefault="00000000" w:rsidP="006A21D5">
            <w:pPr>
              <w:pStyle w:val="ListBullet"/>
              <w:spacing w:after="40" w:line="312" w:lineRule="auto"/>
            </w:pPr>
            <w:r w:rsidRPr="00807DE4">
              <w:rPr>
                <w:color w:val="1F2937"/>
              </w:rPr>
              <w:t>Execution and interpretation of in-situ tests including SPT, CPT, DCP, permeability tests, and selected strength tests.</w:t>
            </w:r>
          </w:p>
          <w:p w14:paraId="231A5B48" w14:textId="77777777" w:rsidR="0095051E" w:rsidRPr="00807DE4" w:rsidRDefault="00000000" w:rsidP="006A21D5">
            <w:pPr>
              <w:pStyle w:val="ListBullet"/>
              <w:spacing w:after="40" w:line="312" w:lineRule="auto"/>
            </w:pPr>
            <w:r w:rsidRPr="00807DE4">
              <w:rPr>
                <w:color w:val="1F2937"/>
              </w:rPr>
              <w:t>Sampling of soil, rock, and water, with coordination of required laboratory testing.</w:t>
            </w:r>
          </w:p>
          <w:p w14:paraId="452C8DD5" w14:textId="77777777" w:rsidR="0095051E" w:rsidRPr="00807DE4" w:rsidRDefault="00000000" w:rsidP="006A21D5">
            <w:pPr>
              <w:pStyle w:val="ListBullet"/>
              <w:spacing w:after="40" w:line="312" w:lineRule="auto"/>
            </w:pPr>
            <w:r w:rsidRPr="00807DE4">
              <w:rPr>
                <w:color w:val="1F2937"/>
              </w:rPr>
              <w:t>Identification and evaluation of construction material sources, including borrow pits and quarry sites.</w:t>
            </w:r>
          </w:p>
          <w:p w14:paraId="5949F274" w14:textId="77777777" w:rsidR="0095051E" w:rsidRPr="00807DE4" w:rsidRDefault="00000000" w:rsidP="006A21D5">
            <w:pPr>
              <w:pStyle w:val="ListBullet"/>
              <w:spacing w:after="40" w:line="312" w:lineRule="auto"/>
            </w:pPr>
            <w:r w:rsidRPr="00807DE4">
              <w:rPr>
                <w:color w:val="1F2937"/>
              </w:rPr>
              <w:t>Quality control support for soils, aggregates, concrete materials, and related engineering inputs.</w:t>
            </w:r>
          </w:p>
          <w:p w14:paraId="04E73053" w14:textId="77777777" w:rsidR="0095051E" w:rsidRPr="00807DE4" w:rsidRDefault="00000000" w:rsidP="006A21D5">
            <w:pPr>
              <w:pStyle w:val="ListBullet"/>
              <w:spacing w:after="40" w:line="312" w:lineRule="auto"/>
            </w:pPr>
            <w:r w:rsidRPr="00807DE4">
              <w:rPr>
                <w:color w:val="1F2937"/>
              </w:rPr>
              <w:t>Assessment of unstable slopes, erosion-prone sections, and landslide-affected areas, with practical recommendations.</w:t>
            </w:r>
          </w:p>
          <w:p w14:paraId="34358E02" w14:textId="77777777" w:rsidR="0095051E" w:rsidRPr="00807DE4" w:rsidRDefault="00000000" w:rsidP="006A21D5">
            <w:pPr>
              <w:pStyle w:val="ListBullet"/>
              <w:spacing w:after="40" w:line="312" w:lineRule="auto"/>
            </w:pPr>
            <w:r w:rsidRPr="00807DE4">
              <w:rPr>
                <w:color w:val="1F2937"/>
              </w:rPr>
              <w:t>Hydrogeological investigation, groundwater resource assessment, and water quality-related mapping.</w:t>
            </w:r>
          </w:p>
          <w:p w14:paraId="0595C2DD" w14:textId="77777777" w:rsidR="0095051E" w:rsidRPr="006A21D5" w:rsidRDefault="00000000" w:rsidP="006A21D5">
            <w:pPr>
              <w:pStyle w:val="ListBullet"/>
              <w:spacing w:after="40" w:line="312" w:lineRule="auto"/>
            </w:pPr>
            <w:r w:rsidRPr="00807DE4">
              <w:rPr>
                <w:color w:val="1F2937"/>
              </w:rPr>
              <w:t>Preparation of factual reports, interpretive geotechnical reports, and engineering documentation for design teams and project implementation.</w:t>
            </w:r>
          </w:p>
        </w:tc>
      </w:tr>
    </w:tbl>
    <w:p w14:paraId="78E66689" w14:textId="77777777" w:rsidR="0095051E" w:rsidRPr="006A21D5" w:rsidRDefault="0095051E" w:rsidP="006A21D5">
      <w:pPr>
        <w:spacing w:after="40" w:line="312" w:lineRule="auto"/>
      </w:pPr>
    </w:p>
    <w:tbl>
      <w:tblPr>
        <w:tblW w:w="0" w:type="auto"/>
        <w:jc w:val="center"/>
        <w:tblLook w:val="04A0" w:firstRow="1" w:lastRow="0" w:firstColumn="1" w:lastColumn="0" w:noHBand="0" w:noVBand="1"/>
      </w:tblPr>
      <w:tblGrid>
        <w:gridCol w:w="10325"/>
      </w:tblGrid>
      <w:tr w:rsidR="0095051E" w:rsidRPr="006A21D5" w14:paraId="10D713C0" w14:textId="77777777" w:rsidTr="001B1DF0">
        <w:trPr>
          <w:jc w:val="center"/>
        </w:trPr>
        <w:tc>
          <w:tcPr>
            <w:tcW w:w="10325" w:type="dxa"/>
            <w:tcMar>
              <w:top w:w="120" w:type="dxa"/>
              <w:left w:w="150" w:type="dxa"/>
              <w:bottom w:w="120" w:type="dxa"/>
              <w:right w:w="150" w:type="dxa"/>
            </w:tcMar>
          </w:tcPr>
          <w:p w14:paraId="39F88377" w14:textId="77777777" w:rsidR="0095051E" w:rsidRPr="006A21D5" w:rsidRDefault="00000000" w:rsidP="006A21D5">
            <w:pPr>
              <w:spacing w:after="160" w:line="312" w:lineRule="auto"/>
            </w:pPr>
            <w:r w:rsidRPr="006A21D5">
              <w:rPr>
                <w:b/>
                <w:color w:val="0B2E59"/>
                <w:sz w:val="26"/>
              </w:rPr>
              <w:lastRenderedPageBreak/>
              <w:t>Core Technical Strengths</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3339"/>
              <w:gridCol w:w="3345"/>
              <w:gridCol w:w="3341"/>
            </w:tblGrid>
            <w:tr w:rsidR="0095051E" w:rsidRPr="006A21D5" w14:paraId="270E21D8" w14:textId="77777777">
              <w:tc>
                <w:tcPr>
                  <w:tcW w:w="3442" w:type="dxa"/>
                  <w:shd w:val="clear" w:color="auto" w:fill="EAF4FF"/>
                  <w:tcMar>
                    <w:top w:w="40" w:type="dxa"/>
                    <w:left w:w="40" w:type="dxa"/>
                    <w:bottom w:w="40" w:type="dxa"/>
                    <w:right w:w="40" w:type="dxa"/>
                  </w:tcMar>
                </w:tcPr>
                <w:p w14:paraId="0DD84313" w14:textId="77777777" w:rsidR="0095051E" w:rsidRPr="00807DE4" w:rsidRDefault="00000000" w:rsidP="006A21D5">
                  <w:pPr>
                    <w:spacing w:after="0" w:line="312" w:lineRule="auto"/>
                    <w:jc w:val="center"/>
                  </w:pPr>
                  <w:r w:rsidRPr="00807DE4">
                    <w:rPr>
                      <w:b/>
                      <w:color w:val="0B2E59"/>
                    </w:rPr>
                    <w:t>Engineering Geology</w:t>
                  </w:r>
                </w:p>
              </w:tc>
              <w:tc>
                <w:tcPr>
                  <w:tcW w:w="3442" w:type="dxa"/>
                  <w:shd w:val="clear" w:color="auto" w:fill="EAF4FF"/>
                  <w:tcMar>
                    <w:top w:w="40" w:type="dxa"/>
                    <w:left w:w="40" w:type="dxa"/>
                    <w:bottom w:w="40" w:type="dxa"/>
                    <w:right w:w="40" w:type="dxa"/>
                  </w:tcMar>
                </w:tcPr>
                <w:p w14:paraId="3C91F762" w14:textId="77777777" w:rsidR="0095051E" w:rsidRPr="00807DE4" w:rsidRDefault="00000000" w:rsidP="006A21D5">
                  <w:pPr>
                    <w:spacing w:after="0" w:line="312" w:lineRule="auto"/>
                    <w:jc w:val="center"/>
                  </w:pPr>
                  <w:r w:rsidRPr="00807DE4">
                    <w:rPr>
                      <w:b/>
                      <w:color w:val="0B2E59"/>
                    </w:rPr>
                    <w:t>Geotechnical Investigation</w:t>
                  </w:r>
                </w:p>
              </w:tc>
              <w:tc>
                <w:tcPr>
                  <w:tcW w:w="3442" w:type="dxa"/>
                  <w:shd w:val="clear" w:color="auto" w:fill="EAF4FF"/>
                  <w:tcMar>
                    <w:top w:w="40" w:type="dxa"/>
                    <w:left w:w="40" w:type="dxa"/>
                    <w:bottom w:w="40" w:type="dxa"/>
                    <w:right w:w="40" w:type="dxa"/>
                  </w:tcMar>
                </w:tcPr>
                <w:p w14:paraId="46CC4F61" w14:textId="77777777" w:rsidR="0095051E" w:rsidRPr="00807DE4" w:rsidRDefault="00000000" w:rsidP="006A21D5">
                  <w:pPr>
                    <w:spacing w:after="0" w:line="312" w:lineRule="auto"/>
                    <w:jc w:val="center"/>
                  </w:pPr>
                  <w:r w:rsidRPr="00807DE4">
                    <w:rPr>
                      <w:b/>
                      <w:color w:val="0B2E59"/>
                    </w:rPr>
                    <w:t>Dam Foundation Studies</w:t>
                  </w:r>
                </w:p>
              </w:tc>
            </w:tr>
            <w:tr w:rsidR="0095051E" w:rsidRPr="006A21D5" w14:paraId="6ADA75F5" w14:textId="77777777">
              <w:tc>
                <w:tcPr>
                  <w:tcW w:w="3442" w:type="dxa"/>
                  <w:shd w:val="clear" w:color="auto" w:fill="EAF4FF"/>
                  <w:tcMar>
                    <w:top w:w="40" w:type="dxa"/>
                    <w:left w:w="40" w:type="dxa"/>
                    <w:bottom w:w="40" w:type="dxa"/>
                    <w:right w:w="40" w:type="dxa"/>
                  </w:tcMar>
                </w:tcPr>
                <w:p w14:paraId="64351AA2" w14:textId="77777777" w:rsidR="0095051E" w:rsidRPr="00807DE4" w:rsidRDefault="00000000" w:rsidP="006A21D5">
                  <w:pPr>
                    <w:spacing w:after="0" w:line="312" w:lineRule="auto"/>
                    <w:jc w:val="center"/>
                  </w:pPr>
                  <w:r w:rsidRPr="00807DE4">
                    <w:rPr>
                      <w:b/>
                      <w:color w:val="0B2E59"/>
                    </w:rPr>
                    <w:t>Material Engineering</w:t>
                  </w:r>
                </w:p>
              </w:tc>
              <w:tc>
                <w:tcPr>
                  <w:tcW w:w="3442" w:type="dxa"/>
                  <w:shd w:val="clear" w:color="auto" w:fill="EAF4FF"/>
                  <w:tcMar>
                    <w:top w:w="40" w:type="dxa"/>
                    <w:left w:w="40" w:type="dxa"/>
                    <w:bottom w:w="40" w:type="dxa"/>
                    <w:right w:w="40" w:type="dxa"/>
                  </w:tcMar>
                </w:tcPr>
                <w:p w14:paraId="644B9769" w14:textId="77777777" w:rsidR="0095051E" w:rsidRPr="00807DE4" w:rsidRDefault="00000000" w:rsidP="006A21D5">
                  <w:pPr>
                    <w:spacing w:after="0" w:line="312" w:lineRule="auto"/>
                    <w:jc w:val="center"/>
                  </w:pPr>
                  <w:r w:rsidRPr="00807DE4">
                    <w:rPr>
                      <w:b/>
                      <w:color w:val="0B2E59"/>
                    </w:rPr>
                    <w:t>Hydrogeology</w:t>
                  </w:r>
                </w:p>
              </w:tc>
              <w:tc>
                <w:tcPr>
                  <w:tcW w:w="3442" w:type="dxa"/>
                  <w:shd w:val="clear" w:color="auto" w:fill="EAF4FF"/>
                  <w:tcMar>
                    <w:top w:w="40" w:type="dxa"/>
                    <w:left w:w="40" w:type="dxa"/>
                    <w:bottom w:w="40" w:type="dxa"/>
                    <w:right w:w="40" w:type="dxa"/>
                  </w:tcMar>
                </w:tcPr>
                <w:p w14:paraId="42FC79D3" w14:textId="77777777" w:rsidR="0095051E" w:rsidRPr="00807DE4" w:rsidRDefault="00000000" w:rsidP="006A21D5">
                  <w:pPr>
                    <w:spacing w:after="0" w:line="312" w:lineRule="auto"/>
                    <w:jc w:val="center"/>
                  </w:pPr>
                  <w:r w:rsidRPr="00807DE4">
                    <w:rPr>
                      <w:b/>
                      <w:color w:val="0B2E59"/>
                    </w:rPr>
                    <w:t>Borehole Logging</w:t>
                  </w:r>
                </w:p>
              </w:tc>
            </w:tr>
            <w:tr w:rsidR="0095051E" w:rsidRPr="006A21D5" w14:paraId="58BADF27" w14:textId="77777777">
              <w:tc>
                <w:tcPr>
                  <w:tcW w:w="3442" w:type="dxa"/>
                  <w:shd w:val="clear" w:color="auto" w:fill="EAF4FF"/>
                  <w:tcMar>
                    <w:top w:w="40" w:type="dxa"/>
                    <w:left w:w="40" w:type="dxa"/>
                    <w:bottom w:w="40" w:type="dxa"/>
                    <w:right w:w="40" w:type="dxa"/>
                  </w:tcMar>
                </w:tcPr>
                <w:p w14:paraId="59EC1DD5" w14:textId="77777777" w:rsidR="0095051E" w:rsidRPr="00807DE4" w:rsidRDefault="00000000" w:rsidP="006A21D5">
                  <w:pPr>
                    <w:spacing w:after="0" w:line="312" w:lineRule="auto"/>
                    <w:jc w:val="center"/>
                  </w:pPr>
                  <w:r w:rsidRPr="00807DE4">
                    <w:rPr>
                      <w:b/>
                      <w:color w:val="0B2E59"/>
                    </w:rPr>
                    <w:t>SPT / CPT / DCP</w:t>
                  </w:r>
                </w:p>
              </w:tc>
              <w:tc>
                <w:tcPr>
                  <w:tcW w:w="3442" w:type="dxa"/>
                  <w:shd w:val="clear" w:color="auto" w:fill="EAF4FF"/>
                  <w:tcMar>
                    <w:top w:w="40" w:type="dxa"/>
                    <w:left w:w="40" w:type="dxa"/>
                    <w:bottom w:w="40" w:type="dxa"/>
                    <w:right w:w="40" w:type="dxa"/>
                  </w:tcMar>
                </w:tcPr>
                <w:p w14:paraId="52414886" w14:textId="77777777" w:rsidR="0095051E" w:rsidRPr="00807DE4" w:rsidRDefault="00000000" w:rsidP="006A21D5">
                  <w:pPr>
                    <w:spacing w:after="0" w:line="312" w:lineRule="auto"/>
                    <w:jc w:val="center"/>
                  </w:pPr>
                  <w:r w:rsidRPr="00807DE4">
                    <w:rPr>
                      <w:b/>
                      <w:color w:val="0B2E59"/>
                    </w:rPr>
                    <w:t>Permeability Testing</w:t>
                  </w:r>
                </w:p>
              </w:tc>
              <w:tc>
                <w:tcPr>
                  <w:tcW w:w="3442" w:type="dxa"/>
                  <w:shd w:val="clear" w:color="auto" w:fill="EAF4FF"/>
                  <w:tcMar>
                    <w:top w:w="40" w:type="dxa"/>
                    <w:left w:w="40" w:type="dxa"/>
                    <w:bottom w:w="40" w:type="dxa"/>
                    <w:right w:w="40" w:type="dxa"/>
                  </w:tcMar>
                </w:tcPr>
                <w:p w14:paraId="2D8815D9" w14:textId="77777777" w:rsidR="0095051E" w:rsidRPr="00807DE4" w:rsidRDefault="00000000" w:rsidP="006A21D5">
                  <w:pPr>
                    <w:spacing w:after="0" w:line="312" w:lineRule="auto"/>
                    <w:jc w:val="center"/>
                  </w:pPr>
                  <w:r w:rsidRPr="00807DE4">
                    <w:rPr>
                      <w:b/>
                      <w:color w:val="0B2E59"/>
                    </w:rPr>
                    <w:t>Borrow &amp; Quarry Studies</w:t>
                  </w:r>
                </w:p>
              </w:tc>
            </w:tr>
            <w:tr w:rsidR="0095051E" w:rsidRPr="006A21D5" w14:paraId="7CB01FF9" w14:textId="77777777">
              <w:tc>
                <w:tcPr>
                  <w:tcW w:w="3442" w:type="dxa"/>
                  <w:shd w:val="clear" w:color="auto" w:fill="EAF4FF"/>
                  <w:tcMar>
                    <w:top w:w="40" w:type="dxa"/>
                    <w:left w:w="40" w:type="dxa"/>
                    <w:bottom w:w="40" w:type="dxa"/>
                    <w:right w:w="40" w:type="dxa"/>
                  </w:tcMar>
                </w:tcPr>
                <w:p w14:paraId="140FB349" w14:textId="77777777" w:rsidR="0095051E" w:rsidRPr="00807DE4" w:rsidRDefault="00000000" w:rsidP="006A21D5">
                  <w:pPr>
                    <w:spacing w:after="0" w:line="312" w:lineRule="auto"/>
                    <w:jc w:val="center"/>
                  </w:pPr>
                  <w:r w:rsidRPr="00807DE4">
                    <w:rPr>
                      <w:b/>
                      <w:color w:val="0B2E59"/>
                    </w:rPr>
                    <w:t>Construction Materials</w:t>
                  </w:r>
                </w:p>
              </w:tc>
              <w:tc>
                <w:tcPr>
                  <w:tcW w:w="3442" w:type="dxa"/>
                  <w:shd w:val="clear" w:color="auto" w:fill="EAF4FF"/>
                  <w:tcMar>
                    <w:top w:w="40" w:type="dxa"/>
                    <w:left w:w="40" w:type="dxa"/>
                    <w:bottom w:w="40" w:type="dxa"/>
                    <w:right w:w="40" w:type="dxa"/>
                  </w:tcMar>
                </w:tcPr>
                <w:p w14:paraId="395DC260" w14:textId="77777777" w:rsidR="0095051E" w:rsidRPr="00807DE4" w:rsidRDefault="00000000" w:rsidP="006A21D5">
                  <w:pPr>
                    <w:spacing w:after="0" w:line="312" w:lineRule="auto"/>
                    <w:jc w:val="center"/>
                  </w:pPr>
                  <w:r w:rsidRPr="00807DE4">
                    <w:rPr>
                      <w:b/>
                      <w:color w:val="0B2E59"/>
                    </w:rPr>
                    <w:t>Groundwater Assessment</w:t>
                  </w:r>
                </w:p>
              </w:tc>
              <w:tc>
                <w:tcPr>
                  <w:tcW w:w="3442" w:type="dxa"/>
                  <w:shd w:val="clear" w:color="auto" w:fill="EAF4FF"/>
                  <w:tcMar>
                    <w:top w:w="40" w:type="dxa"/>
                    <w:left w:w="40" w:type="dxa"/>
                    <w:bottom w:w="40" w:type="dxa"/>
                    <w:right w:w="40" w:type="dxa"/>
                  </w:tcMar>
                </w:tcPr>
                <w:p w14:paraId="5CF6A1F5" w14:textId="77777777" w:rsidR="0095051E" w:rsidRPr="00807DE4" w:rsidRDefault="00000000" w:rsidP="006A21D5">
                  <w:pPr>
                    <w:spacing w:after="0" w:line="312" w:lineRule="auto"/>
                    <w:jc w:val="center"/>
                  </w:pPr>
                  <w:r w:rsidRPr="00807DE4">
                    <w:rPr>
                      <w:b/>
                      <w:color w:val="0B2E59"/>
                    </w:rPr>
                    <w:t>GIS &amp; Remote Sensing</w:t>
                  </w:r>
                </w:p>
              </w:tc>
            </w:tr>
            <w:tr w:rsidR="0095051E" w:rsidRPr="006A21D5" w14:paraId="6CAD1B56" w14:textId="77777777">
              <w:tc>
                <w:tcPr>
                  <w:tcW w:w="3442" w:type="dxa"/>
                  <w:shd w:val="clear" w:color="auto" w:fill="EAF4FF"/>
                  <w:tcMar>
                    <w:top w:w="40" w:type="dxa"/>
                    <w:left w:w="40" w:type="dxa"/>
                    <w:bottom w:w="40" w:type="dxa"/>
                    <w:right w:w="40" w:type="dxa"/>
                  </w:tcMar>
                </w:tcPr>
                <w:p w14:paraId="0BC789D9" w14:textId="77777777" w:rsidR="0095051E" w:rsidRPr="00807DE4" w:rsidRDefault="00000000" w:rsidP="006A21D5">
                  <w:pPr>
                    <w:spacing w:after="0" w:line="312" w:lineRule="auto"/>
                    <w:jc w:val="center"/>
                  </w:pPr>
                  <w:r w:rsidRPr="00807DE4">
                    <w:rPr>
                      <w:b/>
                      <w:color w:val="0B2E59"/>
                    </w:rPr>
                    <w:t>Technical Reporting</w:t>
                  </w:r>
                </w:p>
              </w:tc>
              <w:tc>
                <w:tcPr>
                  <w:tcW w:w="3442" w:type="dxa"/>
                  <w:shd w:val="clear" w:color="auto" w:fill="EAF4FF"/>
                  <w:tcMar>
                    <w:top w:w="40" w:type="dxa"/>
                    <w:left w:w="40" w:type="dxa"/>
                    <w:bottom w:w="40" w:type="dxa"/>
                    <w:right w:w="40" w:type="dxa"/>
                  </w:tcMar>
                </w:tcPr>
                <w:p w14:paraId="00FFFD03" w14:textId="77777777" w:rsidR="0095051E" w:rsidRPr="00807DE4" w:rsidRDefault="00000000" w:rsidP="006A21D5">
                  <w:pPr>
                    <w:spacing w:after="0" w:line="312" w:lineRule="auto"/>
                    <w:jc w:val="center"/>
                  </w:pPr>
                  <w:r w:rsidRPr="00807DE4">
                    <w:rPr>
                      <w:b/>
                      <w:color w:val="0B2E59"/>
                    </w:rPr>
                    <w:t>Field Supervision</w:t>
                  </w:r>
                </w:p>
              </w:tc>
              <w:tc>
                <w:tcPr>
                  <w:tcW w:w="3442" w:type="dxa"/>
                  <w:shd w:val="clear" w:color="auto" w:fill="EAF4FF"/>
                  <w:tcMar>
                    <w:top w:w="40" w:type="dxa"/>
                    <w:left w:w="40" w:type="dxa"/>
                    <w:bottom w:w="40" w:type="dxa"/>
                    <w:right w:w="40" w:type="dxa"/>
                  </w:tcMar>
                </w:tcPr>
                <w:p w14:paraId="779A11E3" w14:textId="77777777" w:rsidR="0095051E" w:rsidRPr="00807DE4" w:rsidRDefault="00000000" w:rsidP="006A21D5">
                  <w:pPr>
                    <w:spacing w:after="0" w:line="312" w:lineRule="auto"/>
                    <w:jc w:val="center"/>
                  </w:pPr>
                  <w:r w:rsidRPr="00807DE4">
                    <w:rPr>
                      <w:b/>
                      <w:color w:val="0B2E59"/>
                    </w:rPr>
                    <w:t>Laboratory Coordination</w:t>
                  </w:r>
                </w:p>
              </w:tc>
            </w:tr>
          </w:tbl>
          <w:p w14:paraId="47FEB0F2" w14:textId="77777777" w:rsidR="0095051E" w:rsidRPr="006A21D5" w:rsidRDefault="0095051E" w:rsidP="006A21D5">
            <w:pPr>
              <w:spacing w:line="312" w:lineRule="auto"/>
            </w:pPr>
          </w:p>
        </w:tc>
      </w:tr>
      <w:tr w:rsidR="0095051E" w:rsidRPr="006A21D5" w14:paraId="6369D39F" w14:textId="77777777" w:rsidTr="001B1DF0">
        <w:trPr>
          <w:jc w:val="center"/>
        </w:trPr>
        <w:tc>
          <w:tcPr>
            <w:tcW w:w="10325" w:type="dxa"/>
            <w:tcMar>
              <w:top w:w="120" w:type="dxa"/>
              <w:left w:w="150" w:type="dxa"/>
              <w:bottom w:w="120" w:type="dxa"/>
              <w:right w:w="150" w:type="dxa"/>
            </w:tcMar>
          </w:tcPr>
          <w:p w14:paraId="51D5EDA9" w14:textId="77777777" w:rsidR="0095051E" w:rsidRPr="006A21D5" w:rsidRDefault="00000000" w:rsidP="006A21D5">
            <w:pPr>
              <w:spacing w:after="160" w:line="312" w:lineRule="auto"/>
            </w:pPr>
            <w:r w:rsidRPr="006A21D5">
              <w:rPr>
                <w:b/>
                <w:color w:val="0B2E59"/>
                <w:sz w:val="26"/>
              </w:rPr>
              <w:t>Professional Profile</w:t>
            </w:r>
          </w:p>
          <w:tbl>
            <w:tblPr>
              <w:tblW w:w="0" w:type="auto"/>
              <w:tblLook w:val="04A0" w:firstRow="1" w:lastRow="0" w:firstColumn="1" w:lastColumn="0" w:noHBand="0" w:noVBand="1"/>
            </w:tblPr>
            <w:tblGrid>
              <w:gridCol w:w="3373"/>
              <w:gridCol w:w="3378"/>
              <w:gridCol w:w="3274"/>
            </w:tblGrid>
            <w:tr w:rsidR="0095051E" w:rsidRPr="006A21D5" w14:paraId="2D0589F3" w14:textId="77777777" w:rsidTr="001B1DF0">
              <w:tc>
                <w:tcPr>
                  <w:tcW w:w="3442" w:type="dxa"/>
                  <w:shd w:val="clear" w:color="auto" w:fill="FCFEFF"/>
                  <w:tcMar>
                    <w:top w:w="90" w:type="dxa"/>
                    <w:left w:w="100" w:type="dxa"/>
                    <w:bottom w:w="90" w:type="dxa"/>
                    <w:right w:w="100" w:type="dxa"/>
                  </w:tcMar>
                </w:tcPr>
                <w:p w14:paraId="170B5898" w14:textId="77777777" w:rsidR="0095051E" w:rsidRPr="00724573" w:rsidRDefault="00000000" w:rsidP="006A21D5">
                  <w:pPr>
                    <w:spacing w:after="40" w:line="312" w:lineRule="auto"/>
                    <w:jc w:val="center"/>
                  </w:pPr>
                  <w:r w:rsidRPr="00724573">
                    <w:rPr>
                      <w:b/>
                      <w:color w:val="5F6B7A"/>
                    </w:rPr>
                    <w:t>FULL NAME</w:t>
                  </w:r>
                </w:p>
                <w:p w14:paraId="29527DC9" w14:textId="77777777" w:rsidR="0095051E" w:rsidRPr="00724573" w:rsidRDefault="00000000" w:rsidP="006A21D5">
                  <w:pPr>
                    <w:spacing w:after="0" w:line="312" w:lineRule="auto"/>
                    <w:jc w:val="center"/>
                  </w:pPr>
                  <w:r w:rsidRPr="00724573">
                    <w:rPr>
                      <w:b/>
                      <w:color w:val="1F2937"/>
                    </w:rPr>
                    <w:t>Yosef Tafa Oba</w:t>
                  </w:r>
                </w:p>
              </w:tc>
              <w:tc>
                <w:tcPr>
                  <w:tcW w:w="3442" w:type="dxa"/>
                  <w:shd w:val="clear" w:color="auto" w:fill="FCFEFF"/>
                  <w:tcMar>
                    <w:top w:w="90" w:type="dxa"/>
                    <w:left w:w="100" w:type="dxa"/>
                    <w:bottom w:w="90" w:type="dxa"/>
                    <w:right w:w="100" w:type="dxa"/>
                  </w:tcMar>
                </w:tcPr>
                <w:p w14:paraId="5CB05532" w14:textId="77777777" w:rsidR="0095051E" w:rsidRPr="00724573" w:rsidRDefault="00000000" w:rsidP="006A21D5">
                  <w:pPr>
                    <w:spacing w:after="40" w:line="312" w:lineRule="auto"/>
                    <w:jc w:val="center"/>
                  </w:pPr>
                  <w:r w:rsidRPr="00724573">
                    <w:rPr>
                      <w:b/>
                      <w:color w:val="5F6B7A"/>
                    </w:rPr>
                    <w:t>NATIONALITY</w:t>
                  </w:r>
                </w:p>
                <w:p w14:paraId="73C13C72" w14:textId="77777777" w:rsidR="0095051E" w:rsidRPr="00724573" w:rsidRDefault="00000000" w:rsidP="006A21D5">
                  <w:pPr>
                    <w:spacing w:after="0" w:line="312" w:lineRule="auto"/>
                    <w:jc w:val="center"/>
                  </w:pPr>
                  <w:r w:rsidRPr="00724573">
                    <w:rPr>
                      <w:b/>
                      <w:color w:val="1F2937"/>
                    </w:rPr>
                    <w:t>Ethiopian</w:t>
                  </w:r>
                </w:p>
              </w:tc>
              <w:tc>
                <w:tcPr>
                  <w:tcW w:w="3442" w:type="dxa"/>
                  <w:shd w:val="clear" w:color="auto" w:fill="FCFEFF"/>
                  <w:tcMar>
                    <w:top w:w="90" w:type="dxa"/>
                    <w:left w:w="100" w:type="dxa"/>
                    <w:bottom w:w="90" w:type="dxa"/>
                    <w:right w:w="100" w:type="dxa"/>
                  </w:tcMar>
                </w:tcPr>
                <w:p w14:paraId="5738E716" w14:textId="77777777" w:rsidR="0095051E" w:rsidRPr="00724573" w:rsidRDefault="00000000" w:rsidP="006A21D5">
                  <w:pPr>
                    <w:spacing w:after="40" w:line="312" w:lineRule="auto"/>
                    <w:jc w:val="center"/>
                  </w:pPr>
                  <w:r w:rsidRPr="00724573">
                    <w:rPr>
                      <w:b/>
                      <w:color w:val="5F6B7A"/>
                    </w:rPr>
                    <w:t>DATE OF BIRTH</w:t>
                  </w:r>
                </w:p>
                <w:p w14:paraId="3D0612A1" w14:textId="77777777" w:rsidR="0095051E" w:rsidRPr="00724573" w:rsidRDefault="00000000" w:rsidP="006A21D5">
                  <w:pPr>
                    <w:spacing w:after="0" w:line="312" w:lineRule="auto"/>
                    <w:jc w:val="center"/>
                  </w:pPr>
                  <w:r w:rsidRPr="00724573">
                    <w:rPr>
                      <w:b/>
                      <w:color w:val="1F2937"/>
                    </w:rPr>
                    <w:t>September 1984</w:t>
                  </w:r>
                </w:p>
              </w:tc>
            </w:tr>
            <w:tr w:rsidR="0095051E" w:rsidRPr="006A21D5" w14:paraId="4C64579F" w14:textId="77777777" w:rsidTr="001B1DF0">
              <w:tc>
                <w:tcPr>
                  <w:tcW w:w="3442" w:type="dxa"/>
                  <w:shd w:val="clear" w:color="auto" w:fill="FCFEFF"/>
                  <w:tcMar>
                    <w:top w:w="90" w:type="dxa"/>
                    <w:left w:w="100" w:type="dxa"/>
                    <w:bottom w:w="90" w:type="dxa"/>
                    <w:right w:w="100" w:type="dxa"/>
                  </w:tcMar>
                </w:tcPr>
                <w:p w14:paraId="4889F27D" w14:textId="77777777" w:rsidR="0095051E" w:rsidRPr="00724573" w:rsidRDefault="00000000" w:rsidP="006A21D5">
                  <w:pPr>
                    <w:spacing w:after="40" w:line="312" w:lineRule="auto"/>
                    <w:jc w:val="center"/>
                  </w:pPr>
                  <w:r w:rsidRPr="00724573">
                    <w:rPr>
                      <w:b/>
                      <w:color w:val="5F6B7A"/>
                    </w:rPr>
                    <w:t>EMAIL</w:t>
                  </w:r>
                </w:p>
                <w:p w14:paraId="6F287CA0" w14:textId="77777777" w:rsidR="0095051E" w:rsidRPr="00724573" w:rsidRDefault="00000000" w:rsidP="006A21D5">
                  <w:pPr>
                    <w:spacing w:after="0" w:line="312" w:lineRule="auto"/>
                    <w:jc w:val="center"/>
                  </w:pPr>
                  <w:r w:rsidRPr="00724573">
                    <w:rPr>
                      <w:b/>
                      <w:color w:val="1F2937"/>
                    </w:rPr>
                    <w:t>yoseftafa@gmail.com</w:t>
                  </w:r>
                </w:p>
              </w:tc>
              <w:tc>
                <w:tcPr>
                  <w:tcW w:w="3442" w:type="dxa"/>
                  <w:shd w:val="clear" w:color="auto" w:fill="FCFEFF"/>
                  <w:tcMar>
                    <w:top w:w="90" w:type="dxa"/>
                    <w:left w:w="100" w:type="dxa"/>
                    <w:bottom w:w="90" w:type="dxa"/>
                    <w:right w:w="100" w:type="dxa"/>
                  </w:tcMar>
                </w:tcPr>
                <w:p w14:paraId="7F41F072" w14:textId="77777777" w:rsidR="0095051E" w:rsidRPr="00724573" w:rsidRDefault="00000000" w:rsidP="006A21D5">
                  <w:pPr>
                    <w:spacing w:after="40" w:line="312" w:lineRule="auto"/>
                    <w:jc w:val="center"/>
                  </w:pPr>
                  <w:r w:rsidRPr="00724573">
                    <w:rPr>
                      <w:b/>
                      <w:color w:val="5F6B7A"/>
                    </w:rPr>
                    <w:t>ALTERNATIVE EMAIL</w:t>
                  </w:r>
                </w:p>
                <w:p w14:paraId="1FB23C07" w14:textId="77777777" w:rsidR="0095051E" w:rsidRPr="00724573" w:rsidRDefault="00000000" w:rsidP="006A21D5">
                  <w:pPr>
                    <w:spacing w:after="0" w:line="312" w:lineRule="auto"/>
                    <w:jc w:val="center"/>
                  </w:pPr>
                  <w:r w:rsidRPr="00724573">
                    <w:rPr>
                      <w:b/>
                      <w:color w:val="1F2937"/>
                    </w:rPr>
                    <w:t>yoseftafa@yahoo.com</w:t>
                  </w:r>
                </w:p>
              </w:tc>
              <w:tc>
                <w:tcPr>
                  <w:tcW w:w="3442" w:type="dxa"/>
                  <w:shd w:val="clear" w:color="auto" w:fill="FCFEFF"/>
                  <w:tcMar>
                    <w:top w:w="90" w:type="dxa"/>
                    <w:left w:w="100" w:type="dxa"/>
                    <w:bottom w:w="90" w:type="dxa"/>
                    <w:right w:w="100" w:type="dxa"/>
                  </w:tcMar>
                </w:tcPr>
                <w:p w14:paraId="13B5A0B4" w14:textId="77777777" w:rsidR="0095051E" w:rsidRPr="00724573" w:rsidRDefault="00000000" w:rsidP="006A21D5">
                  <w:pPr>
                    <w:spacing w:after="40" w:line="312" w:lineRule="auto"/>
                    <w:jc w:val="center"/>
                  </w:pPr>
                  <w:r w:rsidRPr="00724573">
                    <w:rPr>
                      <w:b/>
                      <w:color w:val="5F6B7A"/>
                    </w:rPr>
                    <w:t>PHONE</w:t>
                  </w:r>
                </w:p>
                <w:p w14:paraId="39E2C9CC" w14:textId="77777777" w:rsidR="0095051E" w:rsidRPr="00724573" w:rsidRDefault="00000000" w:rsidP="006A21D5">
                  <w:pPr>
                    <w:spacing w:after="0" w:line="312" w:lineRule="auto"/>
                    <w:jc w:val="center"/>
                  </w:pPr>
                  <w:r w:rsidRPr="00724573">
                    <w:rPr>
                      <w:b/>
                      <w:color w:val="1F2937"/>
                    </w:rPr>
                    <w:t>+251 911 802 658</w:t>
                  </w:r>
                </w:p>
              </w:tc>
            </w:tr>
          </w:tbl>
          <w:p w14:paraId="408257A9" w14:textId="77777777" w:rsidR="0095051E" w:rsidRPr="006A21D5" w:rsidRDefault="0095051E" w:rsidP="006A21D5">
            <w:pPr>
              <w:spacing w:line="312" w:lineRule="auto"/>
            </w:pPr>
          </w:p>
        </w:tc>
      </w:tr>
      <w:tr w:rsidR="0095051E" w:rsidRPr="006A21D5" w14:paraId="73A7190A" w14:textId="77777777" w:rsidTr="001B1DF0">
        <w:trPr>
          <w:jc w:val="center"/>
        </w:trPr>
        <w:tc>
          <w:tcPr>
            <w:tcW w:w="10325" w:type="dxa"/>
            <w:tcMar>
              <w:top w:w="120" w:type="dxa"/>
              <w:left w:w="150" w:type="dxa"/>
              <w:bottom w:w="120" w:type="dxa"/>
              <w:right w:w="150" w:type="dxa"/>
            </w:tcMar>
          </w:tcPr>
          <w:p w14:paraId="0749EF5E" w14:textId="77777777" w:rsidR="0095051E" w:rsidRPr="006A21D5" w:rsidRDefault="00000000" w:rsidP="006A21D5">
            <w:pPr>
              <w:spacing w:after="160" w:line="312" w:lineRule="auto"/>
            </w:pPr>
            <w:r w:rsidRPr="006A21D5">
              <w:rPr>
                <w:b/>
                <w:color w:val="0B2E59"/>
                <w:sz w:val="26"/>
              </w:rPr>
              <w:t>Education</w:t>
            </w:r>
          </w:p>
          <w:tbl>
            <w:tblPr>
              <w:tblW w:w="0" w:type="auto"/>
              <w:tblLook w:val="04A0" w:firstRow="1" w:lastRow="0" w:firstColumn="1" w:lastColumn="0" w:noHBand="0" w:noVBand="1"/>
            </w:tblPr>
            <w:tblGrid>
              <w:gridCol w:w="10005"/>
            </w:tblGrid>
            <w:tr w:rsidR="0095051E" w:rsidRPr="006A21D5" w14:paraId="7857A201" w14:textId="77777777" w:rsidTr="001B1DF0">
              <w:tc>
                <w:tcPr>
                  <w:tcW w:w="10005" w:type="dxa"/>
                  <w:shd w:val="clear" w:color="auto" w:fill="FCFEFF"/>
                  <w:tcMar>
                    <w:top w:w="70" w:type="dxa"/>
                    <w:left w:w="90" w:type="dxa"/>
                    <w:bottom w:w="70" w:type="dxa"/>
                    <w:right w:w="90" w:type="dxa"/>
                  </w:tcMar>
                </w:tcPr>
                <w:p w14:paraId="3A70A3AB" w14:textId="77777777" w:rsidR="0095051E" w:rsidRPr="006A21D5" w:rsidRDefault="00000000" w:rsidP="006A21D5">
                  <w:pPr>
                    <w:spacing w:after="40" w:line="312" w:lineRule="auto"/>
                  </w:pPr>
                  <w:r w:rsidRPr="006A21D5">
                    <w:rPr>
                      <w:b/>
                      <w:color w:val="0B2E59"/>
                      <w:sz w:val="21"/>
                    </w:rPr>
                    <w:t>Addis Ababa University, Ethiopia</w:t>
                  </w:r>
                </w:p>
                <w:p w14:paraId="0E43ABA5" w14:textId="77777777" w:rsidR="0095051E" w:rsidRPr="00724573" w:rsidRDefault="00000000" w:rsidP="006A21D5">
                  <w:pPr>
                    <w:spacing w:after="80" w:line="312" w:lineRule="auto"/>
                    <w:rPr>
                      <w:bCs/>
                      <w:i/>
                      <w:iCs/>
                      <w:sz w:val="20"/>
                      <w:szCs w:val="20"/>
                    </w:rPr>
                  </w:pPr>
                  <w:r w:rsidRPr="00724573">
                    <w:rPr>
                      <w:bCs/>
                      <w:i/>
                      <w:iCs/>
                      <w:color w:val="5F6B7A"/>
                      <w:sz w:val="20"/>
                      <w:szCs w:val="20"/>
                    </w:rPr>
                    <w:t>2021</w:t>
                  </w:r>
                </w:p>
                <w:p w14:paraId="551C8838" w14:textId="77777777" w:rsidR="0095051E" w:rsidRPr="00724573" w:rsidRDefault="00000000" w:rsidP="006A21D5">
                  <w:pPr>
                    <w:spacing w:after="100" w:line="312" w:lineRule="auto"/>
                    <w:jc w:val="both"/>
                  </w:pPr>
                  <w:r w:rsidRPr="00724573">
                    <w:rPr>
                      <w:color w:val="1F2937"/>
                    </w:rPr>
                    <w:t>Master of Science in Geological Engineering.</w:t>
                  </w:r>
                </w:p>
                <w:p w14:paraId="42A2BDC9" w14:textId="77777777" w:rsidR="0095051E" w:rsidRPr="006A21D5" w:rsidRDefault="00000000" w:rsidP="006A21D5">
                  <w:pPr>
                    <w:spacing w:after="100" w:line="312" w:lineRule="auto"/>
                    <w:jc w:val="both"/>
                  </w:pPr>
                  <w:r w:rsidRPr="00724573">
                    <w:rPr>
                      <w:color w:val="1F2937"/>
                    </w:rPr>
                    <w:t>Research work: Characterization of Embankment Material with special consideration to Clay Core: A Case Study for Kalid-Dijo Dam in Southern Ethiopia.</w:t>
                  </w:r>
                </w:p>
              </w:tc>
            </w:tr>
            <w:tr w:rsidR="0095051E" w:rsidRPr="006A21D5" w14:paraId="59E6EAF8" w14:textId="77777777" w:rsidTr="001B1DF0">
              <w:tc>
                <w:tcPr>
                  <w:tcW w:w="10005" w:type="dxa"/>
                  <w:shd w:val="clear" w:color="auto" w:fill="FCFEFF"/>
                  <w:tcMar>
                    <w:top w:w="70" w:type="dxa"/>
                    <w:left w:w="90" w:type="dxa"/>
                    <w:bottom w:w="70" w:type="dxa"/>
                    <w:right w:w="90" w:type="dxa"/>
                  </w:tcMar>
                </w:tcPr>
                <w:p w14:paraId="6543E54D" w14:textId="77777777" w:rsidR="0095051E" w:rsidRPr="006A21D5" w:rsidRDefault="00000000" w:rsidP="00724573">
                  <w:pPr>
                    <w:spacing w:before="240" w:after="40" w:line="312" w:lineRule="auto"/>
                  </w:pPr>
                  <w:r w:rsidRPr="006A21D5">
                    <w:rPr>
                      <w:b/>
                      <w:color w:val="0B2E59"/>
                      <w:sz w:val="21"/>
                    </w:rPr>
                    <w:t>Mekelle University, Ethiopia</w:t>
                  </w:r>
                </w:p>
                <w:p w14:paraId="78C0A631" w14:textId="77777777" w:rsidR="0095051E" w:rsidRPr="00724573" w:rsidRDefault="00000000" w:rsidP="006A21D5">
                  <w:pPr>
                    <w:spacing w:after="80" w:line="312" w:lineRule="auto"/>
                    <w:rPr>
                      <w:bCs/>
                      <w:i/>
                      <w:iCs/>
                      <w:sz w:val="20"/>
                      <w:szCs w:val="20"/>
                    </w:rPr>
                  </w:pPr>
                  <w:r w:rsidRPr="00724573">
                    <w:rPr>
                      <w:bCs/>
                      <w:i/>
                      <w:iCs/>
                      <w:color w:val="5F6B7A"/>
                      <w:sz w:val="20"/>
                      <w:szCs w:val="20"/>
                    </w:rPr>
                    <w:t>2007</w:t>
                  </w:r>
                </w:p>
                <w:p w14:paraId="11B4A33C" w14:textId="77777777" w:rsidR="0095051E" w:rsidRPr="006A21D5" w:rsidRDefault="00000000" w:rsidP="006A21D5">
                  <w:pPr>
                    <w:spacing w:after="100" w:line="312" w:lineRule="auto"/>
                    <w:jc w:val="both"/>
                  </w:pPr>
                  <w:r w:rsidRPr="00724573">
                    <w:rPr>
                      <w:color w:val="1F2937"/>
                    </w:rPr>
                    <w:t>Bachelor of Science in Applied Geology.</w:t>
                  </w:r>
                </w:p>
              </w:tc>
            </w:tr>
            <w:tr w:rsidR="0095051E" w:rsidRPr="006A21D5" w14:paraId="53619CA4" w14:textId="77777777" w:rsidTr="001B1DF0">
              <w:tc>
                <w:tcPr>
                  <w:tcW w:w="10005" w:type="dxa"/>
                  <w:shd w:val="clear" w:color="auto" w:fill="FCFEFF"/>
                  <w:tcMar>
                    <w:top w:w="70" w:type="dxa"/>
                    <w:left w:w="90" w:type="dxa"/>
                    <w:bottom w:w="70" w:type="dxa"/>
                    <w:right w:w="90" w:type="dxa"/>
                  </w:tcMar>
                </w:tcPr>
                <w:p w14:paraId="2D93BC45" w14:textId="77777777" w:rsidR="0095051E" w:rsidRPr="006A21D5" w:rsidRDefault="00000000" w:rsidP="00724573">
                  <w:pPr>
                    <w:spacing w:before="240" w:after="40" w:line="312" w:lineRule="auto"/>
                  </w:pPr>
                  <w:r w:rsidRPr="006A21D5">
                    <w:rPr>
                      <w:b/>
                      <w:color w:val="0B2E59"/>
                      <w:sz w:val="21"/>
                    </w:rPr>
                    <w:t>Kersa High School, Harer, Ethiopia</w:t>
                  </w:r>
                </w:p>
                <w:p w14:paraId="17AA6322" w14:textId="77777777" w:rsidR="0095051E" w:rsidRPr="00724573" w:rsidRDefault="00000000" w:rsidP="006A21D5">
                  <w:pPr>
                    <w:spacing w:after="80" w:line="312" w:lineRule="auto"/>
                    <w:rPr>
                      <w:bCs/>
                      <w:i/>
                      <w:iCs/>
                      <w:sz w:val="20"/>
                      <w:szCs w:val="20"/>
                    </w:rPr>
                  </w:pPr>
                  <w:r w:rsidRPr="00724573">
                    <w:rPr>
                      <w:bCs/>
                      <w:i/>
                      <w:iCs/>
                      <w:color w:val="5F6B7A"/>
                      <w:sz w:val="20"/>
                      <w:szCs w:val="20"/>
                    </w:rPr>
                    <w:t>2002</w:t>
                  </w:r>
                </w:p>
                <w:p w14:paraId="7EA9CE70" w14:textId="77777777" w:rsidR="0095051E" w:rsidRPr="00724573" w:rsidRDefault="00000000" w:rsidP="006A21D5">
                  <w:pPr>
                    <w:spacing w:after="100" w:line="312" w:lineRule="auto"/>
                    <w:jc w:val="both"/>
                  </w:pPr>
                  <w:r w:rsidRPr="00724573">
                    <w:rPr>
                      <w:color w:val="1F2937"/>
                    </w:rPr>
                    <w:t>High School Education.</w:t>
                  </w:r>
                </w:p>
              </w:tc>
            </w:tr>
          </w:tbl>
          <w:p w14:paraId="62C32674" w14:textId="77777777" w:rsidR="0095051E" w:rsidRPr="006A21D5" w:rsidRDefault="0095051E" w:rsidP="006A21D5">
            <w:pPr>
              <w:spacing w:line="312" w:lineRule="auto"/>
            </w:pPr>
          </w:p>
        </w:tc>
      </w:tr>
    </w:tbl>
    <w:p w14:paraId="6C7879DC" w14:textId="2F5FCFE7" w:rsidR="00724573" w:rsidRDefault="00724573" w:rsidP="006A21D5">
      <w:pPr>
        <w:spacing w:after="40" w:line="312" w:lineRule="auto"/>
      </w:pPr>
    </w:p>
    <w:p w14:paraId="09B78AFE" w14:textId="77777777" w:rsidR="00724573" w:rsidRDefault="00724573">
      <w:r>
        <w:br w:type="page"/>
      </w:r>
    </w:p>
    <w:p w14:paraId="7AF1F563" w14:textId="77777777" w:rsidR="0095051E" w:rsidRPr="006A21D5" w:rsidRDefault="0095051E" w:rsidP="006A21D5">
      <w:pPr>
        <w:spacing w:after="40" w:line="312" w:lineRule="auto"/>
      </w:pPr>
    </w:p>
    <w:tbl>
      <w:tblPr>
        <w:tblW w:w="0" w:type="auto"/>
        <w:jc w:val="center"/>
        <w:tblLook w:val="04A0" w:firstRow="1" w:lastRow="0" w:firstColumn="1" w:lastColumn="0" w:noHBand="0" w:noVBand="1"/>
      </w:tblPr>
      <w:tblGrid>
        <w:gridCol w:w="10"/>
        <w:gridCol w:w="10305"/>
        <w:gridCol w:w="10"/>
      </w:tblGrid>
      <w:tr w:rsidR="0095051E" w:rsidRPr="006A21D5" w14:paraId="59A7FC43" w14:textId="77777777" w:rsidTr="001B1DF0">
        <w:trPr>
          <w:jc w:val="center"/>
        </w:trPr>
        <w:tc>
          <w:tcPr>
            <w:tcW w:w="10325" w:type="dxa"/>
            <w:gridSpan w:val="3"/>
            <w:tcMar>
              <w:top w:w="120" w:type="dxa"/>
              <w:left w:w="150" w:type="dxa"/>
              <w:bottom w:w="120" w:type="dxa"/>
              <w:right w:w="150" w:type="dxa"/>
            </w:tcMar>
          </w:tcPr>
          <w:p w14:paraId="64E7D60B" w14:textId="77777777" w:rsidR="0095051E" w:rsidRPr="006A21D5" w:rsidRDefault="00000000" w:rsidP="006A21D5">
            <w:pPr>
              <w:spacing w:after="160" w:line="312" w:lineRule="auto"/>
            </w:pPr>
            <w:r w:rsidRPr="006A21D5">
              <w:rPr>
                <w:b/>
                <w:color w:val="0B2E59"/>
                <w:sz w:val="26"/>
              </w:rPr>
              <w:t>Professional Registration and Certifications</w:t>
            </w:r>
          </w:p>
          <w:tbl>
            <w:tblPr>
              <w:tblW w:w="0" w:type="auto"/>
              <w:tblLook w:val="04A0" w:firstRow="1" w:lastRow="0" w:firstColumn="1" w:lastColumn="0" w:noHBand="0" w:noVBand="1"/>
            </w:tblPr>
            <w:tblGrid>
              <w:gridCol w:w="4617"/>
              <w:gridCol w:w="5388"/>
            </w:tblGrid>
            <w:tr w:rsidR="0095051E" w:rsidRPr="006A21D5" w14:paraId="447300AC" w14:textId="77777777" w:rsidTr="001B1DF0">
              <w:tc>
                <w:tcPr>
                  <w:tcW w:w="4617" w:type="dxa"/>
                  <w:shd w:val="clear" w:color="auto" w:fill="FCFEFF"/>
                  <w:tcMar>
                    <w:top w:w="90" w:type="dxa"/>
                    <w:left w:w="100" w:type="dxa"/>
                    <w:bottom w:w="90" w:type="dxa"/>
                    <w:right w:w="100" w:type="dxa"/>
                  </w:tcMar>
                </w:tcPr>
                <w:p w14:paraId="2D0B5E35" w14:textId="77777777" w:rsidR="0095051E" w:rsidRPr="006A21D5" w:rsidRDefault="00000000" w:rsidP="006A21D5">
                  <w:pPr>
                    <w:spacing w:after="100" w:line="312" w:lineRule="auto"/>
                  </w:pPr>
                  <w:r w:rsidRPr="006A21D5">
                    <w:rPr>
                      <w:b/>
                      <w:color w:val="0B2E59"/>
                    </w:rPr>
                    <w:t>Professional Registration</w:t>
                  </w:r>
                </w:p>
                <w:p w14:paraId="2829D48C" w14:textId="77777777" w:rsidR="0095051E" w:rsidRPr="00724573" w:rsidRDefault="00000000" w:rsidP="00724573">
                  <w:pPr>
                    <w:pStyle w:val="ListBullet"/>
                    <w:spacing w:after="40" w:line="312" w:lineRule="auto"/>
                    <w:jc w:val="both"/>
                  </w:pPr>
                  <w:r w:rsidRPr="00724573">
                    <w:rPr>
                      <w:color w:val="1F2937"/>
                    </w:rPr>
                    <w:t>Registered Practicing Professional Geological Engineer — Ethiopian Construction Authority (524/2022)</w:t>
                  </w:r>
                </w:p>
                <w:p w14:paraId="67CBC8A9" w14:textId="77777777" w:rsidR="0095051E" w:rsidRPr="006A21D5" w:rsidRDefault="00000000" w:rsidP="00724573">
                  <w:pPr>
                    <w:pStyle w:val="ListBullet"/>
                    <w:spacing w:after="40" w:line="312" w:lineRule="auto"/>
                    <w:jc w:val="both"/>
                  </w:pPr>
                  <w:r w:rsidRPr="00724573">
                    <w:rPr>
                      <w:color w:val="1F2937"/>
                    </w:rPr>
                    <w:t>Registered Graduate Hydro-Geologist — Ministry of Water, Irrigation and Energy of Ethiopia (DGG/156)</w:t>
                  </w:r>
                </w:p>
              </w:tc>
              <w:tc>
                <w:tcPr>
                  <w:tcW w:w="5388" w:type="dxa"/>
                  <w:shd w:val="clear" w:color="auto" w:fill="FCFEFF"/>
                  <w:tcMar>
                    <w:top w:w="90" w:type="dxa"/>
                    <w:left w:w="100" w:type="dxa"/>
                    <w:bottom w:w="90" w:type="dxa"/>
                    <w:right w:w="100" w:type="dxa"/>
                  </w:tcMar>
                </w:tcPr>
                <w:p w14:paraId="0FDDF861" w14:textId="77777777" w:rsidR="0095051E" w:rsidRPr="006A21D5" w:rsidRDefault="00000000" w:rsidP="006A21D5">
                  <w:pPr>
                    <w:spacing w:after="100" w:line="312" w:lineRule="auto"/>
                  </w:pPr>
                  <w:r w:rsidRPr="006A21D5">
                    <w:rPr>
                      <w:b/>
                      <w:color w:val="0B2E59"/>
                    </w:rPr>
                    <w:t>Selected Training</w:t>
                  </w:r>
                </w:p>
                <w:p w14:paraId="518E53D0" w14:textId="77777777" w:rsidR="0095051E" w:rsidRPr="006A21D5" w:rsidRDefault="00000000" w:rsidP="00724573">
                  <w:pPr>
                    <w:pStyle w:val="ListBullet"/>
                    <w:spacing w:after="40" w:line="312" w:lineRule="auto"/>
                    <w:jc w:val="both"/>
                  </w:pPr>
                  <w:r w:rsidRPr="006A21D5">
                    <w:rPr>
                      <w:color w:val="1F2937"/>
                      <w:sz w:val="20"/>
                    </w:rPr>
                    <w:t>Designing and Construction, Surveying, AutoCAD, Material Testing, Construction Management, and Guidelines</w:t>
                  </w:r>
                </w:p>
                <w:p w14:paraId="5C3243B4" w14:textId="77777777" w:rsidR="0095051E" w:rsidRPr="006A21D5" w:rsidRDefault="00000000" w:rsidP="00724573">
                  <w:pPr>
                    <w:pStyle w:val="ListBullet"/>
                    <w:spacing w:after="40" w:line="312" w:lineRule="auto"/>
                    <w:jc w:val="both"/>
                  </w:pPr>
                  <w:r w:rsidRPr="006A21D5">
                    <w:rPr>
                      <w:color w:val="1F2937"/>
                      <w:sz w:val="20"/>
                    </w:rPr>
                    <w:t>GIS and Remote Sensing applications for geological mapping, material resource exploration, geo-hazard mapping, and water resources</w:t>
                  </w:r>
                </w:p>
                <w:p w14:paraId="0F5C34DF" w14:textId="77777777" w:rsidR="0095051E" w:rsidRPr="006A21D5" w:rsidRDefault="00000000" w:rsidP="00724573">
                  <w:pPr>
                    <w:pStyle w:val="ListBullet"/>
                    <w:spacing w:after="40" w:line="312" w:lineRule="auto"/>
                    <w:jc w:val="both"/>
                  </w:pPr>
                  <w:r w:rsidRPr="006A21D5">
                    <w:rPr>
                      <w:color w:val="1F2937"/>
                      <w:sz w:val="20"/>
                    </w:rPr>
                    <w:t>Basic Geosciences and Mapping, material exploration, groundwater resource assessment, geophysical methods, laboratory and drilling application</w:t>
                  </w:r>
                </w:p>
                <w:p w14:paraId="5F6518BD" w14:textId="77777777" w:rsidR="0095051E" w:rsidRPr="006A21D5" w:rsidRDefault="00000000" w:rsidP="00724573">
                  <w:pPr>
                    <w:pStyle w:val="ListBullet"/>
                    <w:spacing w:after="40" w:line="312" w:lineRule="auto"/>
                    <w:jc w:val="both"/>
                  </w:pPr>
                  <w:r w:rsidRPr="006A21D5">
                    <w:rPr>
                      <w:color w:val="1F2937"/>
                      <w:sz w:val="20"/>
                    </w:rPr>
                    <w:t>Project management, business planning, financial planning, artificial intelligence fundamentals, machine learning, and data analysis fundamentals</w:t>
                  </w:r>
                </w:p>
              </w:tc>
            </w:tr>
          </w:tbl>
          <w:p w14:paraId="0AEDA38D" w14:textId="77777777" w:rsidR="0095051E" w:rsidRPr="006A21D5" w:rsidRDefault="0095051E" w:rsidP="006A21D5">
            <w:pPr>
              <w:spacing w:line="312" w:lineRule="auto"/>
            </w:pPr>
          </w:p>
        </w:tc>
      </w:tr>
      <w:tr w:rsidR="0095051E" w:rsidRPr="006A21D5" w14:paraId="290666A6" w14:textId="77777777" w:rsidTr="001B1DF0">
        <w:trPr>
          <w:jc w:val="center"/>
        </w:trPr>
        <w:tc>
          <w:tcPr>
            <w:tcW w:w="10325" w:type="dxa"/>
            <w:gridSpan w:val="3"/>
            <w:tcMar>
              <w:top w:w="120" w:type="dxa"/>
              <w:left w:w="150" w:type="dxa"/>
              <w:bottom w:w="120" w:type="dxa"/>
              <w:right w:w="150" w:type="dxa"/>
            </w:tcMar>
          </w:tcPr>
          <w:p w14:paraId="484CADF1" w14:textId="77777777" w:rsidR="0095051E" w:rsidRPr="006A21D5" w:rsidRDefault="00000000" w:rsidP="006A21D5">
            <w:pPr>
              <w:spacing w:after="160" w:line="312" w:lineRule="auto"/>
            </w:pPr>
            <w:r w:rsidRPr="006A21D5">
              <w:rPr>
                <w:b/>
                <w:color w:val="0B2E59"/>
                <w:sz w:val="26"/>
              </w:rPr>
              <w:t>Selected Career Highlights</w:t>
            </w:r>
          </w:p>
          <w:tbl>
            <w:tblPr>
              <w:tblW w:w="0" w:type="auto"/>
              <w:tblLook w:val="04A0" w:firstRow="1" w:lastRow="0" w:firstColumn="1" w:lastColumn="0" w:noHBand="0" w:noVBand="1"/>
            </w:tblPr>
            <w:tblGrid>
              <w:gridCol w:w="5015"/>
              <w:gridCol w:w="5010"/>
            </w:tblGrid>
            <w:tr w:rsidR="0095051E" w:rsidRPr="006A21D5" w14:paraId="2E383A02" w14:textId="77777777" w:rsidTr="001B1DF0">
              <w:tc>
                <w:tcPr>
                  <w:tcW w:w="5162" w:type="dxa"/>
                  <w:shd w:val="clear" w:color="auto" w:fill="FCFEFF"/>
                  <w:tcMar>
                    <w:top w:w="90" w:type="dxa"/>
                    <w:left w:w="100" w:type="dxa"/>
                    <w:bottom w:w="90" w:type="dxa"/>
                    <w:right w:w="100" w:type="dxa"/>
                  </w:tcMar>
                </w:tcPr>
                <w:p w14:paraId="40B9C454" w14:textId="77777777" w:rsidR="0095051E" w:rsidRPr="006A21D5" w:rsidRDefault="00000000" w:rsidP="006A21D5">
                  <w:pPr>
                    <w:spacing w:after="80" w:line="312" w:lineRule="auto"/>
                  </w:pPr>
                  <w:r w:rsidRPr="006A21D5">
                    <w:rPr>
                      <w:b/>
                      <w:color w:val="0B2E59"/>
                      <w:sz w:val="21"/>
                    </w:rPr>
                    <w:t>More Than 15 Years of Progressive Experience</w:t>
                  </w:r>
                </w:p>
                <w:p w14:paraId="31AD92D3" w14:textId="77777777" w:rsidR="0095051E" w:rsidRPr="00724573" w:rsidRDefault="00000000" w:rsidP="006A21D5">
                  <w:pPr>
                    <w:spacing w:after="100" w:line="312" w:lineRule="auto"/>
                    <w:jc w:val="both"/>
                  </w:pPr>
                  <w:r w:rsidRPr="00724573">
                    <w:rPr>
                      <w:color w:val="1F2937"/>
                    </w:rPr>
                    <w:t>Extensive experience across engineering geology, geotechnical investigation, hydrogeology, construction materials engineering, and infrastructure project support in Ethiopia.</w:t>
                  </w:r>
                </w:p>
              </w:tc>
              <w:tc>
                <w:tcPr>
                  <w:tcW w:w="5162" w:type="dxa"/>
                  <w:shd w:val="clear" w:color="auto" w:fill="FCFEFF"/>
                  <w:tcMar>
                    <w:top w:w="90" w:type="dxa"/>
                    <w:left w:w="100" w:type="dxa"/>
                    <w:bottom w:w="90" w:type="dxa"/>
                    <w:right w:w="100" w:type="dxa"/>
                  </w:tcMar>
                </w:tcPr>
                <w:p w14:paraId="6AE666FE" w14:textId="77777777" w:rsidR="0095051E" w:rsidRPr="006A21D5" w:rsidRDefault="00000000" w:rsidP="006A21D5">
                  <w:pPr>
                    <w:spacing w:after="80" w:line="312" w:lineRule="auto"/>
                  </w:pPr>
                  <w:r w:rsidRPr="006A21D5">
                    <w:rPr>
                      <w:b/>
                      <w:color w:val="0B2E59"/>
                      <w:sz w:val="21"/>
                    </w:rPr>
                    <w:t>Strong Dam and Infrastructure Investigation Background</w:t>
                  </w:r>
                </w:p>
                <w:p w14:paraId="2409FCE9" w14:textId="77777777" w:rsidR="0095051E" w:rsidRPr="00724573" w:rsidRDefault="00000000" w:rsidP="006A21D5">
                  <w:pPr>
                    <w:spacing w:after="100" w:line="312" w:lineRule="auto"/>
                    <w:jc w:val="both"/>
                  </w:pPr>
                  <w:r w:rsidRPr="00724573">
                    <w:rPr>
                      <w:color w:val="1F2937"/>
                    </w:rPr>
                    <w:t xml:space="preserve">Contributed to numerous </w:t>
                  </w:r>
                  <w:proofErr w:type="gramStart"/>
                  <w:r w:rsidRPr="00724573">
                    <w:rPr>
                      <w:color w:val="1F2937"/>
                    </w:rPr>
                    <w:t>dam</w:t>
                  </w:r>
                  <w:proofErr w:type="gramEnd"/>
                  <w:r w:rsidRPr="00724573">
                    <w:rPr>
                      <w:color w:val="1F2937"/>
                    </w:rPr>
                    <w:t xml:space="preserve">, hydropower, </w:t>
                  </w:r>
                  <w:proofErr w:type="gramStart"/>
                  <w:r w:rsidRPr="00724573">
                    <w:rPr>
                      <w:color w:val="1F2937"/>
                    </w:rPr>
                    <w:t>bridge</w:t>
                  </w:r>
                  <w:proofErr w:type="gramEnd"/>
                  <w:r w:rsidRPr="00724573">
                    <w:rPr>
                      <w:color w:val="1F2937"/>
                    </w:rPr>
                    <w:t xml:space="preserve">, </w:t>
                  </w:r>
                  <w:proofErr w:type="gramStart"/>
                  <w:r w:rsidRPr="00724573">
                    <w:rPr>
                      <w:color w:val="1F2937"/>
                    </w:rPr>
                    <w:t>road</w:t>
                  </w:r>
                  <w:proofErr w:type="gramEnd"/>
                  <w:r w:rsidRPr="00724573">
                    <w:rPr>
                      <w:color w:val="1F2937"/>
                    </w:rPr>
                    <w:t>, wastewater, and building-related investigations from feasibility through detailed design stages.</w:t>
                  </w:r>
                </w:p>
              </w:tc>
            </w:tr>
            <w:tr w:rsidR="0095051E" w:rsidRPr="006A21D5" w14:paraId="5B0B1FDE" w14:textId="77777777" w:rsidTr="001B1DF0">
              <w:tc>
                <w:tcPr>
                  <w:tcW w:w="5162" w:type="dxa"/>
                  <w:shd w:val="clear" w:color="auto" w:fill="FCFEFF"/>
                  <w:tcMar>
                    <w:top w:w="90" w:type="dxa"/>
                    <w:left w:w="100" w:type="dxa"/>
                    <w:bottom w:w="90" w:type="dxa"/>
                    <w:right w:w="100" w:type="dxa"/>
                  </w:tcMar>
                </w:tcPr>
                <w:p w14:paraId="3E161D84" w14:textId="77777777" w:rsidR="0095051E" w:rsidRPr="006A21D5" w:rsidRDefault="00000000" w:rsidP="006A21D5">
                  <w:pPr>
                    <w:spacing w:after="80" w:line="312" w:lineRule="auto"/>
                  </w:pPr>
                  <w:r w:rsidRPr="006A21D5">
                    <w:rPr>
                      <w:b/>
                      <w:color w:val="0B2E59"/>
                      <w:sz w:val="21"/>
                    </w:rPr>
                    <w:t>Balanced Field and Office Experience</w:t>
                  </w:r>
                </w:p>
                <w:p w14:paraId="71773308" w14:textId="77777777" w:rsidR="0095051E" w:rsidRPr="00724573" w:rsidRDefault="00000000" w:rsidP="006A21D5">
                  <w:pPr>
                    <w:spacing w:after="100" w:line="312" w:lineRule="auto"/>
                    <w:jc w:val="both"/>
                  </w:pPr>
                  <w:r w:rsidRPr="00724573">
                    <w:rPr>
                      <w:color w:val="1F2937"/>
                    </w:rPr>
                    <w:t>Combines field investigation, drilling and testing supervision, data interpretation, report preparation, and engineering support for multidisciplinary design and supervision teams.</w:t>
                  </w:r>
                </w:p>
              </w:tc>
              <w:tc>
                <w:tcPr>
                  <w:tcW w:w="5162" w:type="dxa"/>
                  <w:shd w:val="clear" w:color="auto" w:fill="FCFEFF"/>
                  <w:tcMar>
                    <w:top w:w="90" w:type="dxa"/>
                    <w:left w:w="100" w:type="dxa"/>
                    <w:bottom w:w="90" w:type="dxa"/>
                    <w:right w:w="100" w:type="dxa"/>
                  </w:tcMar>
                </w:tcPr>
                <w:p w14:paraId="04EDB132" w14:textId="77777777" w:rsidR="0095051E" w:rsidRPr="006A21D5" w:rsidRDefault="00000000" w:rsidP="006A21D5">
                  <w:pPr>
                    <w:spacing w:after="80" w:line="312" w:lineRule="auto"/>
                  </w:pPr>
                  <w:r w:rsidRPr="006A21D5">
                    <w:rPr>
                      <w:b/>
                      <w:color w:val="0B2E59"/>
                      <w:sz w:val="21"/>
                    </w:rPr>
                    <w:t>Materials and Hydrogeology Exposure</w:t>
                  </w:r>
                </w:p>
                <w:p w14:paraId="2DB3853C" w14:textId="77777777" w:rsidR="0095051E" w:rsidRPr="00724573" w:rsidRDefault="00000000" w:rsidP="006A21D5">
                  <w:pPr>
                    <w:spacing w:after="100" w:line="312" w:lineRule="auto"/>
                    <w:jc w:val="both"/>
                  </w:pPr>
                  <w:r w:rsidRPr="00724573">
                    <w:rPr>
                      <w:color w:val="1F2937"/>
                    </w:rPr>
                    <w:t>Brings added value through experience in groundwater investigation, mineral and material resource exploration, construction material evaluation, and water-related geological mapping.</w:t>
                  </w:r>
                </w:p>
              </w:tc>
            </w:tr>
          </w:tbl>
          <w:p w14:paraId="54D27604" w14:textId="77777777" w:rsidR="0095051E" w:rsidRPr="006A21D5" w:rsidRDefault="0095051E" w:rsidP="006A21D5">
            <w:pPr>
              <w:spacing w:line="312" w:lineRule="auto"/>
            </w:pPr>
          </w:p>
        </w:tc>
      </w:tr>
      <w:tr w:rsidR="0095051E" w:rsidRPr="006A21D5" w14:paraId="743E9EC3" w14:textId="77777777" w:rsidTr="00651A0E">
        <w:tblPrEx>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PrEx>
        <w:trPr>
          <w:gridBefore w:val="1"/>
          <w:gridAfter w:val="1"/>
          <w:wBefore w:w="10" w:type="dxa"/>
          <w:wAfter w:w="10" w:type="dxa"/>
          <w:jc w:val="center"/>
        </w:trPr>
        <w:tc>
          <w:tcPr>
            <w:tcW w:w="10305" w:type="dxa"/>
            <w:tcBorders>
              <w:top w:val="nil"/>
              <w:left w:val="nil"/>
              <w:bottom w:val="nil"/>
              <w:right w:val="nil"/>
            </w:tcBorders>
            <w:tcMar>
              <w:top w:w="120" w:type="dxa"/>
              <w:left w:w="150" w:type="dxa"/>
              <w:bottom w:w="120" w:type="dxa"/>
              <w:right w:w="150" w:type="dxa"/>
            </w:tcMar>
          </w:tcPr>
          <w:p w14:paraId="1827A29A" w14:textId="5B6115C0" w:rsidR="0095051E" w:rsidRPr="006A21D5" w:rsidRDefault="00000000" w:rsidP="00651A0E">
            <w:pPr>
              <w:spacing w:after="160" w:line="312" w:lineRule="auto"/>
            </w:pPr>
            <w:r w:rsidRPr="006A21D5">
              <w:rPr>
                <w:b/>
                <w:color w:val="0B2E59"/>
                <w:sz w:val="26"/>
              </w:rPr>
              <w:t>Employment Record</w:t>
            </w:r>
          </w:p>
          <w:tbl>
            <w:tblPr>
              <w:tblW w:w="0" w:type="auto"/>
              <w:tblLook w:val="04A0" w:firstRow="1" w:lastRow="0" w:firstColumn="1" w:lastColumn="0" w:noHBand="0" w:noVBand="1"/>
            </w:tblPr>
            <w:tblGrid>
              <w:gridCol w:w="10005"/>
            </w:tblGrid>
            <w:tr w:rsidR="0095051E" w:rsidRPr="006A21D5" w14:paraId="5C2774FF" w14:textId="77777777" w:rsidTr="001B1DF0">
              <w:tc>
                <w:tcPr>
                  <w:tcW w:w="10005" w:type="dxa"/>
                  <w:shd w:val="clear" w:color="auto" w:fill="FCFEFF"/>
                  <w:tcMar>
                    <w:top w:w="70" w:type="dxa"/>
                    <w:left w:w="90" w:type="dxa"/>
                    <w:bottom w:w="70" w:type="dxa"/>
                    <w:right w:w="90" w:type="dxa"/>
                  </w:tcMar>
                </w:tcPr>
                <w:p w14:paraId="4395B401" w14:textId="77777777" w:rsidR="0095051E" w:rsidRPr="006A21D5" w:rsidRDefault="00000000" w:rsidP="00651A0E">
                  <w:pPr>
                    <w:spacing w:after="40" w:line="312" w:lineRule="auto"/>
                  </w:pPr>
                  <w:r w:rsidRPr="006A21D5">
                    <w:rPr>
                      <w:b/>
                      <w:color w:val="0B2E59"/>
                      <w:sz w:val="21"/>
                    </w:rPr>
                    <w:t>Ethiopian Engineering Corporation</w:t>
                  </w:r>
                </w:p>
                <w:p w14:paraId="61275DD5" w14:textId="77777777" w:rsidR="0095051E" w:rsidRPr="00724573" w:rsidRDefault="00000000" w:rsidP="00651A0E">
                  <w:pPr>
                    <w:spacing w:after="80" w:line="312" w:lineRule="auto"/>
                    <w:rPr>
                      <w:bCs/>
                      <w:i/>
                      <w:iCs/>
                      <w:sz w:val="20"/>
                      <w:szCs w:val="20"/>
                    </w:rPr>
                  </w:pPr>
                  <w:r w:rsidRPr="00724573">
                    <w:rPr>
                      <w:bCs/>
                      <w:i/>
                      <w:iCs/>
                      <w:color w:val="5F6B7A"/>
                      <w:sz w:val="20"/>
                      <w:szCs w:val="20"/>
                    </w:rPr>
                    <w:t>March 2016 – Present</w:t>
                  </w:r>
                </w:p>
                <w:p w14:paraId="3E479B8E" w14:textId="77777777" w:rsidR="0095051E" w:rsidRPr="00724573" w:rsidRDefault="00000000" w:rsidP="00651A0E">
                  <w:pPr>
                    <w:spacing w:after="100" w:line="312" w:lineRule="auto"/>
                    <w:jc w:val="both"/>
                  </w:pPr>
                  <w:r w:rsidRPr="00724573">
                    <w:rPr>
                      <w:color w:val="1F2937"/>
                    </w:rPr>
                    <w:t>Senior Engineering Geologist responsible for geotechnical and geological investigation support for dam, bridge, wastewater, hydropower, and building projects.</w:t>
                  </w:r>
                </w:p>
              </w:tc>
            </w:tr>
            <w:tr w:rsidR="0095051E" w:rsidRPr="006A21D5" w14:paraId="563113B8" w14:textId="77777777" w:rsidTr="001B1DF0">
              <w:tc>
                <w:tcPr>
                  <w:tcW w:w="10005" w:type="dxa"/>
                  <w:shd w:val="clear" w:color="auto" w:fill="FCFEFF"/>
                  <w:tcMar>
                    <w:top w:w="70" w:type="dxa"/>
                    <w:left w:w="90" w:type="dxa"/>
                    <w:bottom w:w="70" w:type="dxa"/>
                    <w:right w:w="90" w:type="dxa"/>
                  </w:tcMar>
                </w:tcPr>
                <w:p w14:paraId="01CDB240" w14:textId="77777777" w:rsidR="0095051E" w:rsidRPr="006A21D5" w:rsidRDefault="00000000" w:rsidP="00651A0E">
                  <w:pPr>
                    <w:spacing w:after="40" w:line="312" w:lineRule="auto"/>
                  </w:pPr>
                  <w:proofErr w:type="spellStart"/>
                  <w:r w:rsidRPr="006A21D5">
                    <w:rPr>
                      <w:b/>
                      <w:color w:val="0B2E59"/>
                      <w:sz w:val="21"/>
                    </w:rPr>
                    <w:t>Jamma</w:t>
                  </w:r>
                  <w:proofErr w:type="spellEnd"/>
                  <w:r w:rsidRPr="006A21D5">
                    <w:rPr>
                      <w:b/>
                      <w:color w:val="0B2E59"/>
                      <w:sz w:val="21"/>
                    </w:rPr>
                    <w:t xml:space="preserve"> Rural Road Construction Pvt. Ltd.</w:t>
                  </w:r>
                </w:p>
                <w:p w14:paraId="4B3C03F0" w14:textId="77777777" w:rsidR="0095051E" w:rsidRPr="00724573" w:rsidRDefault="00000000" w:rsidP="00651A0E">
                  <w:pPr>
                    <w:spacing w:after="80" w:line="312" w:lineRule="auto"/>
                    <w:rPr>
                      <w:bCs/>
                      <w:i/>
                      <w:iCs/>
                      <w:sz w:val="20"/>
                      <w:szCs w:val="20"/>
                    </w:rPr>
                  </w:pPr>
                  <w:r w:rsidRPr="00724573">
                    <w:rPr>
                      <w:bCs/>
                      <w:i/>
                      <w:iCs/>
                      <w:color w:val="5F6B7A"/>
                      <w:sz w:val="20"/>
                      <w:szCs w:val="20"/>
                    </w:rPr>
                    <w:t>January 2012 – March 2016</w:t>
                  </w:r>
                </w:p>
                <w:p w14:paraId="586FDAFD" w14:textId="77777777" w:rsidR="0095051E" w:rsidRPr="00724573" w:rsidRDefault="00000000" w:rsidP="00651A0E">
                  <w:pPr>
                    <w:spacing w:after="100" w:line="312" w:lineRule="auto"/>
                    <w:jc w:val="both"/>
                  </w:pPr>
                  <w:r w:rsidRPr="00724573">
                    <w:rPr>
                      <w:color w:val="1F2937"/>
                    </w:rPr>
                    <w:t>Materials Engineer responsible for soil and material investigation, pavement support, borrow and quarry assessment, concrete mix design support, and field and laboratory quality control.</w:t>
                  </w:r>
                </w:p>
              </w:tc>
            </w:tr>
            <w:tr w:rsidR="0095051E" w:rsidRPr="006A21D5" w14:paraId="5B7625A6" w14:textId="77777777" w:rsidTr="001B1DF0">
              <w:tc>
                <w:tcPr>
                  <w:tcW w:w="10005" w:type="dxa"/>
                  <w:shd w:val="clear" w:color="auto" w:fill="FCFEFF"/>
                  <w:tcMar>
                    <w:top w:w="70" w:type="dxa"/>
                    <w:left w:w="90" w:type="dxa"/>
                    <w:bottom w:w="70" w:type="dxa"/>
                    <w:right w:w="90" w:type="dxa"/>
                  </w:tcMar>
                </w:tcPr>
                <w:p w14:paraId="799D5974" w14:textId="77777777" w:rsidR="0095051E" w:rsidRPr="006A21D5" w:rsidRDefault="00000000" w:rsidP="006A21D5">
                  <w:pPr>
                    <w:spacing w:after="40" w:line="312" w:lineRule="auto"/>
                  </w:pPr>
                  <w:r w:rsidRPr="006A21D5">
                    <w:rPr>
                      <w:b/>
                      <w:color w:val="0B2E59"/>
                      <w:sz w:val="21"/>
                    </w:rPr>
                    <w:lastRenderedPageBreak/>
                    <w:t>Gondwana Engineering Plc</w:t>
                  </w:r>
                </w:p>
                <w:p w14:paraId="247DB40C" w14:textId="77777777" w:rsidR="0095051E" w:rsidRPr="00724573" w:rsidRDefault="00000000" w:rsidP="006A21D5">
                  <w:pPr>
                    <w:spacing w:after="80" w:line="312" w:lineRule="auto"/>
                    <w:rPr>
                      <w:bCs/>
                      <w:i/>
                      <w:iCs/>
                      <w:sz w:val="20"/>
                      <w:szCs w:val="20"/>
                    </w:rPr>
                  </w:pPr>
                  <w:r w:rsidRPr="00724573">
                    <w:rPr>
                      <w:bCs/>
                      <w:i/>
                      <w:iCs/>
                      <w:color w:val="5F6B7A"/>
                      <w:sz w:val="20"/>
                      <w:szCs w:val="20"/>
                    </w:rPr>
                    <w:t>October 2011 – January 2012</w:t>
                  </w:r>
                </w:p>
                <w:p w14:paraId="05710269" w14:textId="77777777" w:rsidR="0095051E" w:rsidRPr="00724573" w:rsidRDefault="00000000" w:rsidP="006A21D5">
                  <w:pPr>
                    <w:spacing w:after="100" w:line="312" w:lineRule="auto"/>
                    <w:jc w:val="both"/>
                  </w:pPr>
                  <w:r w:rsidRPr="00724573">
                    <w:rPr>
                      <w:color w:val="1F2937"/>
                    </w:rPr>
                    <w:t>Engineering Geologist contributing to geotechnical investigation and foundation-related engineering support.</w:t>
                  </w:r>
                </w:p>
              </w:tc>
            </w:tr>
            <w:tr w:rsidR="0095051E" w:rsidRPr="006A21D5" w14:paraId="747D9796" w14:textId="77777777" w:rsidTr="001B1DF0">
              <w:tc>
                <w:tcPr>
                  <w:tcW w:w="10005" w:type="dxa"/>
                  <w:shd w:val="clear" w:color="auto" w:fill="FCFEFF"/>
                  <w:tcMar>
                    <w:top w:w="70" w:type="dxa"/>
                    <w:left w:w="90" w:type="dxa"/>
                    <w:bottom w:w="70" w:type="dxa"/>
                    <w:right w:w="90" w:type="dxa"/>
                  </w:tcMar>
                </w:tcPr>
                <w:p w14:paraId="0340A8F7" w14:textId="77777777" w:rsidR="0095051E" w:rsidRPr="006A21D5" w:rsidRDefault="00000000" w:rsidP="006A21D5">
                  <w:pPr>
                    <w:spacing w:after="40" w:line="312" w:lineRule="auto"/>
                  </w:pPr>
                  <w:proofErr w:type="spellStart"/>
                  <w:r w:rsidRPr="006A21D5">
                    <w:rPr>
                      <w:b/>
                      <w:color w:val="0B2E59"/>
                      <w:sz w:val="21"/>
                    </w:rPr>
                    <w:t>Ursuta</w:t>
                  </w:r>
                  <w:proofErr w:type="spellEnd"/>
                  <w:r w:rsidRPr="006A21D5">
                    <w:rPr>
                      <w:b/>
                      <w:color w:val="0B2E59"/>
                      <w:sz w:val="21"/>
                    </w:rPr>
                    <w:t xml:space="preserve"> Industrial Minerals Producer Plc</w:t>
                  </w:r>
                </w:p>
                <w:p w14:paraId="629EABF3" w14:textId="77777777" w:rsidR="0095051E" w:rsidRPr="00724573" w:rsidRDefault="00000000" w:rsidP="006A21D5">
                  <w:pPr>
                    <w:spacing w:after="80" w:line="312" w:lineRule="auto"/>
                    <w:rPr>
                      <w:bCs/>
                      <w:i/>
                      <w:iCs/>
                      <w:sz w:val="20"/>
                      <w:szCs w:val="20"/>
                    </w:rPr>
                  </w:pPr>
                  <w:r w:rsidRPr="00724573">
                    <w:rPr>
                      <w:bCs/>
                      <w:i/>
                      <w:iCs/>
                      <w:color w:val="5F6B7A"/>
                      <w:sz w:val="20"/>
                      <w:szCs w:val="20"/>
                    </w:rPr>
                    <w:t>June 2010 – October 2011</w:t>
                  </w:r>
                </w:p>
                <w:p w14:paraId="7C376729" w14:textId="77777777" w:rsidR="0095051E" w:rsidRPr="006A21D5" w:rsidRDefault="00000000" w:rsidP="006A21D5">
                  <w:pPr>
                    <w:spacing w:after="100" w:line="312" w:lineRule="auto"/>
                    <w:jc w:val="both"/>
                  </w:pPr>
                  <w:r w:rsidRPr="006A21D5">
                    <w:rPr>
                      <w:color w:val="1F2937"/>
                      <w:sz w:val="20"/>
                    </w:rPr>
                    <w:t>Exploration Geologist involved in geological mapping, mineral exploration, core logging, field sampling, and technical reporting.</w:t>
                  </w:r>
                </w:p>
              </w:tc>
            </w:tr>
            <w:tr w:rsidR="0095051E" w:rsidRPr="006A21D5" w14:paraId="3D499469" w14:textId="77777777" w:rsidTr="001B1DF0">
              <w:tc>
                <w:tcPr>
                  <w:tcW w:w="10005" w:type="dxa"/>
                  <w:shd w:val="clear" w:color="auto" w:fill="FCFEFF"/>
                  <w:tcMar>
                    <w:top w:w="70" w:type="dxa"/>
                    <w:left w:w="90" w:type="dxa"/>
                    <w:bottom w:w="70" w:type="dxa"/>
                    <w:right w:w="90" w:type="dxa"/>
                  </w:tcMar>
                </w:tcPr>
                <w:p w14:paraId="5DE83220" w14:textId="77777777" w:rsidR="0095051E" w:rsidRPr="006A21D5" w:rsidRDefault="00000000" w:rsidP="006A21D5">
                  <w:pPr>
                    <w:spacing w:after="40" w:line="312" w:lineRule="auto"/>
                  </w:pPr>
                  <w:r w:rsidRPr="006A21D5">
                    <w:rPr>
                      <w:b/>
                      <w:color w:val="0B2E59"/>
                      <w:sz w:val="21"/>
                    </w:rPr>
                    <w:t>Geological Survey of Ethiopia</w:t>
                  </w:r>
                </w:p>
                <w:p w14:paraId="2FD7DD1A" w14:textId="77777777" w:rsidR="0095051E" w:rsidRPr="00724573" w:rsidRDefault="00000000" w:rsidP="006A21D5">
                  <w:pPr>
                    <w:spacing w:after="80" w:line="312" w:lineRule="auto"/>
                    <w:rPr>
                      <w:bCs/>
                      <w:i/>
                      <w:iCs/>
                      <w:sz w:val="20"/>
                      <w:szCs w:val="20"/>
                    </w:rPr>
                  </w:pPr>
                  <w:r w:rsidRPr="00724573">
                    <w:rPr>
                      <w:bCs/>
                      <w:i/>
                      <w:iCs/>
                      <w:color w:val="5F6B7A"/>
                      <w:sz w:val="20"/>
                      <w:szCs w:val="20"/>
                    </w:rPr>
                    <w:t>May 2008 – June 2010</w:t>
                  </w:r>
                </w:p>
                <w:p w14:paraId="074A025E" w14:textId="77777777" w:rsidR="0095051E" w:rsidRPr="00724573" w:rsidRDefault="00000000" w:rsidP="006A21D5">
                  <w:pPr>
                    <w:spacing w:after="100" w:line="312" w:lineRule="auto"/>
                    <w:jc w:val="both"/>
                  </w:pPr>
                  <w:proofErr w:type="gramStart"/>
                  <w:r w:rsidRPr="00724573">
                    <w:rPr>
                      <w:color w:val="1F2937"/>
                    </w:rPr>
                    <w:t>Hydrogeologist</w:t>
                  </w:r>
                  <w:proofErr w:type="gramEnd"/>
                  <w:r w:rsidRPr="00724573">
                    <w:rPr>
                      <w:color w:val="1F2937"/>
                    </w:rPr>
                    <w:t xml:space="preserve"> involved in groundwater resource assessment, hydrochemical evaluation, hydrogeological mapping, and well-related field support.</w:t>
                  </w:r>
                </w:p>
              </w:tc>
            </w:tr>
            <w:tr w:rsidR="0095051E" w:rsidRPr="006A21D5" w14:paraId="773B0577" w14:textId="77777777" w:rsidTr="001B1DF0">
              <w:tc>
                <w:tcPr>
                  <w:tcW w:w="10005" w:type="dxa"/>
                  <w:shd w:val="clear" w:color="auto" w:fill="FCFEFF"/>
                  <w:tcMar>
                    <w:top w:w="70" w:type="dxa"/>
                    <w:left w:w="90" w:type="dxa"/>
                    <w:bottom w:w="70" w:type="dxa"/>
                    <w:right w:w="90" w:type="dxa"/>
                  </w:tcMar>
                </w:tcPr>
                <w:p w14:paraId="5717FB25" w14:textId="77777777" w:rsidR="0095051E" w:rsidRPr="006A21D5" w:rsidRDefault="00000000" w:rsidP="006A21D5">
                  <w:pPr>
                    <w:spacing w:after="40" w:line="312" w:lineRule="auto"/>
                  </w:pPr>
                  <w:r w:rsidRPr="006A21D5">
                    <w:rPr>
                      <w:b/>
                      <w:color w:val="0B2E59"/>
                      <w:sz w:val="21"/>
                    </w:rPr>
                    <w:t>Anuar Ibrahim General Contractor</w:t>
                  </w:r>
                </w:p>
                <w:p w14:paraId="4E0A96FA" w14:textId="77777777" w:rsidR="0095051E" w:rsidRPr="00724573" w:rsidRDefault="00000000" w:rsidP="006A21D5">
                  <w:pPr>
                    <w:spacing w:after="80" w:line="312" w:lineRule="auto"/>
                    <w:rPr>
                      <w:bCs/>
                      <w:i/>
                      <w:iCs/>
                    </w:rPr>
                  </w:pPr>
                  <w:r w:rsidRPr="00724573">
                    <w:rPr>
                      <w:bCs/>
                      <w:i/>
                      <w:iCs/>
                      <w:color w:val="5F6B7A"/>
                      <w:sz w:val="18"/>
                    </w:rPr>
                    <w:t>August 2007 – May 2008</w:t>
                  </w:r>
                </w:p>
                <w:p w14:paraId="074EDB2D" w14:textId="77777777" w:rsidR="0095051E" w:rsidRPr="00724573" w:rsidRDefault="00000000" w:rsidP="006A21D5">
                  <w:pPr>
                    <w:spacing w:after="100" w:line="312" w:lineRule="auto"/>
                    <w:jc w:val="both"/>
                  </w:pPr>
                  <w:r w:rsidRPr="00724573">
                    <w:rPr>
                      <w:color w:val="1F2937"/>
                    </w:rPr>
                    <w:t>Engineering Geologist supporting building construction material investigation and quality control.</w:t>
                  </w:r>
                </w:p>
              </w:tc>
            </w:tr>
          </w:tbl>
          <w:p w14:paraId="2E4DA84F" w14:textId="77777777" w:rsidR="0095051E" w:rsidRPr="006A21D5" w:rsidRDefault="0095051E" w:rsidP="006A21D5">
            <w:pPr>
              <w:spacing w:line="312" w:lineRule="auto"/>
            </w:pPr>
          </w:p>
        </w:tc>
      </w:tr>
      <w:tr w:rsidR="0095051E" w:rsidRPr="006A21D5" w14:paraId="52ED0267" w14:textId="77777777" w:rsidTr="00651A0E">
        <w:tblPrEx>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PrEx>
        <w:trPr>
          <w:gridBefore w:val="1"/>
          <w:gridAfter w:val="1"/>
          <w:wBefore w:w="10" w:type="dxa"/>
          <w:wAfter w:w="10" w:type="dxa"/>
          <w:jc w:val="center"/>
        </w:trPr>
        <w:tc>
          <w:tcPr>
            <w:tcW w:w="10305" w:type="dxa"/>
            <w:tcBorders>
              <w:top w:val="nil"/>
              <w:left w:val="nil"/>
              <w:bottom w:val="nil"/>
              <w:right w:val="nil"/>
            </w:tcBorders>
            <w:tcMar>
              <w:top w:w="120" w:type="dxa"/>
              <w:left w:w="150" w:type="dxa"/>
              <w:bottom w:w="120" w:type="dxa"/>
              <w:right w:w="150" w:type="dxa"/>
            </w:tcMar>
          </w:tcPr>
          <w:p w14:paraId="1BA908FD" w14:textId="69868017" w:rsidR="0095051E" w:rsidRPr="006A21D5" w:rsidRDefault="00000000" w:rsidP="006A21D5">
            <w:pPr>
              <w:spacing w:after="160" w:line="312" w:lineRule="auto"/>
            </w:pPr>
            <w:r w:rsidRPr="006A21D5">
              <w:rPr>
                <w:b/>
                <w:color w:val="0B2E59"/>
                <w:sz w:val="26"/>
              </w:rPr>
              <w:lastRenderedPageBreak/>
              <w:t>Experience Relevant to Dam and Geotechnical Investigation Projects</w:t>
            </w:r>
          </w:p>
          <w:tbl>
            <w:tblPr>
              <w:tblW w:w="0" w:type="auto"/>
              <w:tblLook w:val="04A0" w:firstRow="1" w:lastRow="0" w:firstColumn="1" w:lastColumn="0" w:noHBand="0" w:noVBand="1"/>
            </w:tblPr>
            <w:tblGrid>
              <w:gridCol w:w="10005"/>
            </w:tblGrid>
            <w:tr w:rsidR="0095051E" w:rsidRPr="006A21D5" w14:paraId="3FECDD5A" w14:textId="77777777" w:rsidTr="001B1DF0">
              <w:tc>
                <w:tcPr>
                  <w:tcW w:w="10005" w:type="dxa"/>
                  <w:shd w:val="clear" w:color="auto" w:fill="FCFEFF"/>
                  <w:tcMar>
                    <w:top w:w="70" w:type="dxa"/>
                    <w:left w:w="90" w:type="dxa"/>
                    <w:bottom w:w="70" w:type="dxa"/>
                    <w:right w:w="90" w:type="dxa"/>
                  </w:tcMar>
                </w:tcPr>
                <w:p w14:paraId="3ECAA049" w14:textId="77777777" w:rsidR="0095051E" w:rsidRPr="006A21D5" w:rsidRDefault="00000000" w:rsidP="006A21D5">
                  <w:pPr>
                    <w:spacing w:after="40" w:line="312" w:lineRule="auto"/>
                  </w:pPr>
                  <w:r w:rsidRPr="006A21D5">
                    <w:rPr>
                      <w:b/>
                      <w:color w:val="0B2E59"/>
                      <w:sz w:val="21"/>
                    </w:rPr>
                    <w:t>Dam Feasibility and Detailed Design Investigation Support</w:t>
                  </w:r>
                </w:p>
                <w:p w14:paraId="7E73EA35" w14:textId="77777777" w:rsidR="0095051E" w:rsidRPr="00724573" w:rsidRDefault="00000000" w:rsidP="006A21D5">
                  <w:pPr>
                    <w:spacing w:after="100" w:line="312" w:lineRule="auto"/>
                    <w:jc w:val="both"/>
                  </w:pPr>
                  <w:r w:rsidRPr="00724573">
                    <w:rPr>
                      <w:color w:val="1F2937"/>
                    </w:rPr>
                    <w:t>Participated in geological and geotechnical investigation works for major dam and irrigation projects including Gindera Dam, Katar Dam, Sego Dam, Kalid-Dijo Dam, Weito Dam, and Tams Hydropower Dam.</w:t>
                  </w:r>
                </w:p>
              </w:tc>
            </w:tr>
            <w:tr w:rsidR="0095051E" w:rsidRPr="006A21D5" w14:paraId="2BBEFEB4" w14:textId="77777777" w:rsidTr="001B1DF0">
              <w:tc>
                <w:tcPr>
                  <w:tcW w:w="10005" w:type="dxa"/>
                  <w:shd w:val="clear" w:color="auto" w:fill="FCFEFF"/>
                  <w:tcMar>
                    <w:top w:w="70" w:type="dxa"/>
                    <w:left w:w="90" w:type="dxa"/>
                    <w:bottom w:w="70" w:type="dxa"/>
                    <w:right w:w="90" w:type="dxa"/>
                  </w:tcMar>
                </w:tcPr>
                <w:p w14:paraId="0C7FF939" w14:textId="77777777" w:rsidR="0095051E" w:rsidRPr="006A21D5" w:rsidRDefault="00000000" w:rsidP="006A21D5">
                  <w:pPr>
                    <w:spacing w:after="40" w:line="312" w:lineRule="auto"/>
                  </w:pPr>
                  <w:r w:rsidRPr="006A21D5">
                    <w:rPr>
                      <w:b/>
                      <w:color w:val="0B2E59"/>
                      <w:sz w:val="21"/>
                    </w:rPr>
                    <w:t>Foundation and Site Characterization</w:t>
                  </w:r>
                </w:p>
                <w:p w14:paraId="2488B61B" w14:textId="77777777" w:rsidR="0095051E" w:rsidRPr="00724573" w:rsidRDefault="00000000" w:rsidP="006A21D5">
                  <w:pPr>
                    <w:spacing w:after="100" w:line="312" w:lineRule="auto"/>
                    <w:jc w:val="both"/>
                  </w:pPr>
                  <w:r w:rsidRPr="00724573">
                    <w:rPr>
                      <w:color w:val="1F2937"/>
                    </w:rPr>
                    <w:t>Conducted foundation investigation, borehole logging, in-situ testing, drilling follow-up, and sample collection for dams, bridges, buildings, and treatment facilities.</w:t>
                  </w:r>
                </w:p>
              </w:tc>
            </w:tr>
            <w:tr w:rsidR="0095051E" w:rsidRPr="006A21D5" w14:paraId="1A56FDDD" w14:textId="77777777" w:rsidTr="001B1DF0">
              <w:tc>
                <w:tcPr>
                  <w:tcW w:w="10005" w:type="dxa"/>
                  <w:shd w:val="clear" w:color="auto" w:fill="FCFEFF"/>
                  <w:tcMar>
                    <w:top w:w="70" w:type="dxa"/>
                    <w:left w:w="90" w:type="dxa"/>
                    <w:bottom w:w="70" w:type="dxa"/>
                    <w:right w:w="90" w:type="dxa"/>
                  </w:tcMar>
                </w:tcPr>
                <w:p w14:paraId="5BE75075" w14:textId="77777777" w:rsidR="0095051E" w:rsidRPr="006A21D5" w:rsidRDefault="00000000" w:rsidP="006A21D5">
                  <w:pPr>
                    <w:spacing w:after="40" w:line="312" w:lineRule="auto"/>
                  </w:pPr>
                  <w:r w:rsidRPr="006A21D5">
                    <w:rPr>
                      <w:b/>
                      <w:color w:val="0B2E59"/>
                      <w:sz w:val="21"/>
                    </w:rPr>
                    <w:t>Borrow Area and Quarry Assessment</w:t>
                  </w:r>
                </w:p>
                <w:p w14:paraId="54068CDE" w14:textId="77777777" w:rsidR="0095051E" w:rsidRPr="00724573" w:rsidRDefault="00000000" w:rsidP="006A21D5">
                  <w:pPr>
                    <w:spacing w:after="100" w:line="312" w:lineRule="auto"/>
                    <w:jc w:val="both"/>
                  </w:pPr>
                  <w:r w:rsidRPr="00724573">
                    <w:rPr>
                      <w:color w:val="1F2937"/>
                    </w:rPr>
                    <w:t>Identified and evaluated potential construction material sources, including borrow pits and quarry sites, with support to quality control and engineering suitability assessment.</w:t>
                  </w:r>
                </w:p>
              </w:tc>
            </w:tr>
            <w:tr w:rsidR="0095051E" w:rsidRPr="006A21D5" w14:paraId="57C84963" w14:textId="77777777" w:rsidTr="001B1DF0">
              <w:tc>
                <w:tcPr>
                  <w:tcW w:w="10005" w:type="dxa"/>
                  <w:shd w:val="clear" w:color="auto" w:fill="FCFEFF"/>
                  <w:tcMar>
                    <w:top w:w="70" w:type="dxa"/>
                    <w:left w:w="90" w:type="dxa"/>
                    <w:bottom w:w="70" w:type="dxa"/>
                    <w:right w:w="90" w:type="dxa"/>
                  </w:tcMar>
                </w:tcPr>
                <w:p w14:paraId="3302E12B" w14:textId="77777777" w:rsidR="0095051E" w:rsidRPr="006A21D5" w:rsidRDefault="00000000" w:rsidP="006A21D5">
                  <w:pPr>
                    <w:spacing w:after="40" w:line="312" w:lineRule="auto"/>
                  </w:pPr>
                  <w:r w:rsidRPr="006A21D5">
                    <w:rPr>
                      <w:b/>
                      <w:color w:val="0B2E59"/>
                      <w:sz w:val="21"/>
                    </w:rPr>
                    <w:t>Interpretation and Reporting</w:t>
                  </w:r>
                </w:p>
                <w:p w14:paraId="1084F56E" w14:textId="77777777" w:rsidR="0095051E" w:rsidRPr="004A1325" w:rsidRDefault="00000000" w:rsidP="006A21D5">
                  <w:pPr>
                    <w:spacing w:after="100" w:line="312" w:lineRule="auto"/>
                    <w:jc w:val="both"/>
                  </w:pPr>
                  <w:r w:rsidRPr="004A1325">
                    <w:rPr>
                      <w:color w:val="1F2937"/>
                    </w:rPr>
                    <w:t>Contributed to data analysis, interpretation of geological and geotechnical conditions, and preparation of factual and detailed geotechnical design reports for infrastructure projects.</w:t>
                  </w:r>
                </w:p>
              </w:tc>
            </w:tr>
          </w:tbl>
          <w:p w14:paraId="39B43F4B" w14:textId="77777777" w:rsidR="0095051E" w:rsidRPr="006A21D5" w:rsidRDefault="0095051E" w:rsidP="006A21D5">
            <w:pPr>
              <w:spacing w:line="312" w:lineRule="auto"/>
            </w:pPr>
          </w:p>
        </w:tc>
      </w:tr>
      <w:tr w:rsidR="0095051E" w:rsidRPr="006A21D5" w14:paraId="3F93ADE2" w14:textId="77777777" w:rsidTr="00651A0E">
        <w:tblPrEx>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PrEx>
        <w:trPr>
          <w:gridBefore w:val="1"/>
          <w:gridAfter w:val="1"/>
          <w:wBefore w:w="10" w:type="dxa"/>
          <w:wAfter w:w="10" w:type="dxa"/>
          <w:jc w:val="center"/>
        </w:trPr>
        <w:tc>
          <w:tcPr>
            <w:tcW w:w="10305" w:type="dxa"/>
            <w:tcBorders>
              <w:top w:val="nil"/>
              <w:left w:val="nil"/>
              <w:bottom w:val="nil"/>
              <w:right w:val="nil"/>
            </w:tcBorders>
            <w:tcMar>
              <w:top w:w="120" w:type="dxa"/>
              <w:left w:w="150" w:type="dxa"/>
              <w:bottom w:w="120" w:type="dxa"/>
              <w:right w:w="150" w:type="dxa"/>
            </w:tcMar>
          </w:tcPr>
          <w:p w14:paraId="3B791003" w14:textId="77777777" w:rsidR="0095051E" w:rsidRPr="006A21D5" w:rsidRDefault="00000000" w:rsidP="006A21D5">
            <w:pPr>
              <w:spacing w:after="160" w:line="312" w:lineRule="auto"/>
            </w:pPr>
            <w:r w:rsidRPr="006A21D5">
              <w:rPr>
                <w:b/>
                <w:color w:val="0B2E59"/>
                <w:sz w:val="26"/>
              </w:rPr>
              <w:t>Selected Project Exposure</w:t>
            </w:r>
          </w:p>
          <w:tbl>
            <w:tblPr>
              <w:tblW w:w="0" w:type="auto"/>
              <w:tblLook w:val="04A0" w:firstRow="1" w:lastRow="0" w:firstColumn="1" w:lastColumn="0" w:noHBand="0" w:noVBand="1"/>
            </w:tblPr>
            <w:tblGrid>
              <w:gridCol w:w="10005"/>
            </w:tblGrid>
            <w:tr w:rsidR="0095051E" w:rsidRPr="006A21D5" w14:paraId="1FB2A5FD" w14:textId="77777777" w:rsidTr="001B1DF0">
              <w:tc>
                <w:tcPr>
                  <w:tcW w:w="10005" w:type="dxa"/>
                  <w:shd w:val="clear" w:color="auto" w:fill="FCFEFF"/>
                  <w:tcMar>
                    <w:top w:w="70" w:type="dxa"/>
                    <w:left w:w="90" w:type="dxa"/>
                    <w:bottom w:w="70" w:type="dxa"/>
                    <w:right w:w="90" w:type="dxa"/>
                  </w:tcMar>
                </w:tcPr>
                <w:p w14:paraId="2E68148A" w14:textId="77777777" w:rsidR="0095051E" w:rsidRPr="006A21D5" w:rsidRDefault="00000000" w:rsidP="006A21D5">
                  <w:pPr>
                    <w:spacing w:after="40" w:line="312" w:lineRule="auto"/>
                  </w:pPr>
                  <w:r w:rsidRPr="006A21D5">
                    <w:rPr>
                      <w:b/>
                      <w:color w:val="0B2E59"/>
                      <w:sz w:val="21"/>
                    </w:rPr>
                    <w:t>Gindera Dam Project</w:t>
                  </w:r>
                </w:p>
                <w:p w14:paraId="69E8B69D" w14:textId="77777777" w:rsidR="0095051E" w:rsidRPr="004A1325" w:rsidRDefault="00000000" w:rsidP="006A21D5">
                  <w:pPr>
                    <w:spacing w:after="100" w:line="312" w:lineRule="auto"/>
                    <w:jc w:val="both"/>
                  </w:pPr>
                  <w:r w:rsidRPr="004A1325">
                    <w:rPr>
                      <w:color w:val="1F2937"/>
                    </w:rPr>
                    <w:t xml:space="preserve">Geotechnical investigation </w:t>
                  </w:r>
                  <w:proofErr w:type="gramStart"/>
                  <w:r w:rsidRPr="004A1325">
                    <w:rPr>
                      <w:color w:val="1F2937"/>
                    </w:rPr>
                    <w:t>support for</w:t>
                  </w:r>
                  <w:proofErr w:type="gramEnd"/>
                  <w:r w:rsidRPr="004A1325">
                    <w:rPr>
                      <w:color w:val="1F2937"/>
                    </w:rPr>
                    <w:t xml:space="preserve"> feasibility and detailed design.</w:t>
                  </w:r>
                </w:p>
              </w:tc>
            </w:tr>
            <w:tr w:rsidR="0095051E" w:rsidRPr="006A21D5" w14:paraId="078C578C" w14:textId="77777777" w:rsidTr="001B1DF0">
              <w:tc>
                <w:tcPr>
                  <w:tcW w:w="10005" w:type="dxa"/>
                  <w:shd w:val="clear" w:color="auto" w:fill="FCFEFF"/>
                  <w:tcMar>
                    <w:top w:w="70" w:type="dxa"/>
                    <w:left w:w="90" w:type="dxa"/>
                    <w:bottom w:w="70" w:type="dxa"/>
                    <w:right w:w="90" w:type="dxa"/>
                  </w:tcMar>
                </w:tcPr>
                <w:p w14:paraId="34043FD2" w14:textId="77777777" w:rsidR="0095051E" w:rsidRPr="006A21D5" w:rsidRDefault="00000000" w:rsidP="006A21D5">
                  <w:pPr>
                    <w:spacing w:after="40" w:line="312" w:lineRule="auto"/>
                  </w:pPr>
                  <w:r w:rsidRPr="006A21D5">
                    <w:rPr>
                      <w:b/>
                      <w:color w:val="0B2E59"/>
                      <w:sz w:val="21"/>
                    </w:rPr>
                    <w:t>Katar Dam Project</w:t>
                  </w:r>
                </w:p>
                <w:p w14:paraId="22112A31" w14:textId="77777777" w:rsidR="0095051E" w:rsidRPr="004A1325" w:rsidRDefault="00000000" w:rsidP="006A21D5">
                  <w:pPr>
                    <w:spacing w:after="100" w:line="312" w:lineRule="auto"/>
                    <w:jc w:val="both"/>
                  </w:pPr>
                  <w:r w:rsidRPr="004A1325">
                    <w:rPr>
                      <w:color w:val="1F2937"/>
                    </w:rPr>
                    <w:lastRenderedPageBreak/>
                    <w:t xml:space="preserve">Geotechnical investigation </w:t>
                  </w:r>
                  <w:proofErr w:type="gramStart"/>
                  <w:r w:rsidRPr="004A1325">
                    <w:rPr>
                      <w:color w:val="1F2937"/>
                    </w:rPr>
                    <w:t>support for</w:t>
                  </w:r>
                  <w:proofErr w:type="gramEnd"/>
                  <w:r w:rsidRPr="004A1325">
                    <w:rPr>
                      <w:color w:val="1F2937"/>
                    </w:rPr>
                    <w:t xml:space="preserve"> feasibility and detailed design.</w:t>
                  </w:r>
                </w:p>
              </w:tc>
            </w:tr>
            <w:tr w:rsidR="0095051E" w:rsidRPr="006A21D5" w14:paraId="2EFB71EB" w14:textId="77777777" w:rsidTr="001B1DF0">
              <w:tc>
                <w:tcPr>
                  <w:tcW w:w="10005" w:type="dxa"/>
                  <w:shd w:val="clear" w:color="auto" w:fill="FCFEFF"/>
                  <w:tcMar>
                    <w:top w:w="70" w:type="dxa"/>
                    <w:left w:w="90" w:type="dxa"/>
                    <w:bottom w:w="70" w:type="dxa"/>
                    <w:right w:w="90" w:type="dxa"/>
                  </w:tcMar>
                </w:tcPr>
                <w:p w14:paraId="61A621C4" w14:textId="77777777" w:rsidR="0095051E" w:rsidRPr="006A21D5" w:rsidRDefault="00000000" w:rsidP="006A21D5">
                  <w:pPr>
                    <w:spacing w:after="40" w:line="312" w:lineRule="auto"/>
                  </w:pPr>
                  <w:r w:rsidRPr="006A21D5">
                    <w:rPr>
                      <w:b/>
                      <w:color w:val="0B2E59"/>
                      <w:sz w:val="21"/>
                    </w:rPr>
                    <w:lastRenderedPageBreak/>
                    <w:t>Kalid-Dijo Dam &amp; Irrigation Project</w:t>
                  </w:r>
                </w:p>
                <w:p w14:paraId="3D6A3837" w14:textId="77777777" w:rsidR="0095051E" w:rsidRPr="004A1325" w:rsidRDefault="00000000" w:rsidP="006A21D5">
                  <w:pPr>
                    <w:spacing w:after="100" w:line="312" w:lineRule="auto"/>
                    <w:jc w:val="both"/>
                  </w:pPr>
                  <w:r w:rsidRPr="004A1325">
                    <w:rPr>
                      <w:color w:val="1F2937"/>
                    </w:rPr>
                    <w:t>Geological and geotechnical investigation support relevant to embankment material characterization and design studies.</w:t>
                  </w:r>
                </w:p>
              </w:tc>
            </w:tr>
            <w:tr w:rsidR="0095051E" w:rsidRPr="006A21D5" w14:paraId="2E754D90" w14:textId="77777777" w:rsidTr="001B1DF0">
              <w:tc>
                <w:tcPr>
                  <w:tcW w:w="10005" w:type="dxa"/>
                  <w:shd w:val="clear" w:color="auto" w:fill="FCFEFF"/>
                  <w:tcMar>
                    <w:top w:w="70" w:type="dxa"/>
                    <w:left w:w="90" w:type="dxa"/>
                    <w:bottom w:w="70" w:type="dxa"/>
                    <w:right w:w="90" w:type="dxa"/>
                  </w:tcMar>
                </w:tcPr>
                <w:p w14:paraId="0EE14075" w14:textId="77777777" w:rsidR="0095051E" w:rsidRPr="006A21D5" w:rsidRDefault="00000000" w:rsidP="006A21D5">
                  <w:pPr>
                    <w:spacing w:after="40" w:line="312" w:lineRule="auto"/>
                  </w:pPr>
                  <w:r w:rsidRPr="006A21D5">
                    <w:rPr>
                      <w:b/>
                      <w:color w:val="0B2E59"/>
                      <w:sz w:val="21"/>
                    </w:rPr>
                    <w:t>Sego Dam &amp; Irrigation Project</w:t>
                  </w:r>
                </w:p>
                <w:p w14:paraId="7272856B" w14:textId="77777777" w:rsidR="0095051E" w:rsidRPr="004A1325" w:rsidRDefault="00000000" w:rsidP="006A21D5">
                  <w:pPr>
                    <w:spacing w:after="100" w:line="312" w:lineRule="auto"/>
                    <w:jc w:val="both"/>
                  </w:pPr>
                  <w:r w:rsidRPr="004A1325">
                    <w:rPr>
                      <w:color w:val="1F2937"/>
                    </w:rPr>
                    <w:t>Engineering geological and geotechnical investigation support for feasibility and detailed design.</w:t>
                  </w:r>
                </w:p>
              </w:tc>
            </w:tr>
            <w:tr w:rsidR="0095051E" w:rsidRPr="006A21D5" w14:paraId="5F5AA738" w14:textId="77777777" w:rsidTr="001B1DF0">
              <w:tc>
                <w:tcPr>
                  <w:tcW w:w="10005" w:type="dxa"/>
                  <w:shd w:val="clear" w:color="auto" w:fill="FCFEFF"/>
                  <w:tcMar>
                    <w:top w:w="70" w:type="dxa"/>
                    <w:left w:w="90" w:type="dxa"/>
                    <w:bottom w:w="70" w:type="dxa"/>
                    <w:right w:w="90" w:type="dxa"/>
                  </w:tcMar>
                </w:tcPr>
                <w:p w14:paraId="67B7841B" w14:textId="77777777" w:rsidR="0095051E" w:rsidRPr="006A21D5" w:rsidRDefault="00000000" w:rsidP="006A21D5">
                  <w:pPr>
                    <w:spacing w:after="40" w:line="312" w:lineRule="auto"/>
                  </w:pPr>
                  <w:proofErr w:type="spellStart"/>
                  <w:r w:rsidRPr="006A21D5">
                    <w:rPr>
                      <w:b/>
                      <w:color w:val="0B2E59"/>
                      <w:sz w:val="21"/>
                    </w:rPr>
                    <w:t>Weito</w:t>
                  </w:r>
                  <w:proofErr w:type="spellEnd"/>
                  <w:r w:rsidRPr="006A21D5">
                    <w:rPr>
                      <w:b/>
                      <w:color w:val="0B2E59"/>
                      <w:sz w:val="21"/>
                    </w:rPr>
                    <w:t xml:space="preserve"> Dam Project</w:t>
                  </w:r>
                </w:p>
                <w:p w14:paraId="0653FE97" w14:textId="77777777" w:rsidR="0095051E" w:rsidRPr="004A1325" w:rsidRDefault="00000000" w:rsidP="006A21D5">
                  <w:pPr>
                    <w:spacing w:after="100" w:line="312" w:lineRule="auto"/>
                    <w:jc w:val="both"/>
                  </w:pPr>
                  <w:r w:rsidRPr="004A1325">
                    <w:rPr>
                      <w:color w:val="1F2937"/>
                    </w:rPr>
                    <w:t>Geological and geotechnical investigation support for dam-related design work.</w:t>
                  </w:r>
                </w:p>
              </w:tc>
            </w:tr>
            <w:tr w:rsidR="0095051E" w:rsidRPr="006A21D5" w14:paraId="4D0E359A" w14:textId="77777777" w:rsidTr="001B1DF0">
              <w:tc>
                <w:tcPr>
                  <w:tcW w:w="10005" w:type="dxa"/>
                  <w:shd w:val="clear" w:color="auto" w:fill="FCFEFF"/>
                  <w:tcMar>
                    <w:top w:w="70" w:type="dxa"/>
                    <w:left w:w="90" w:type="dxa"/>
                    <w:bottom w:w="70" w:type="dxa"/>
                    <w:right w:w="90" w:type="dxa"/>
                  </w:tcMar>
                </w:tcPr>
                <w:p w14:paraId="62D98A22" w14:textId="77777777" w:rsidR="0095051E" w:rsidRPr="006A21D5" w:rsidRDefault="00000000" w:rsidP="006A21D5">
                  <w:pPr>
                    <w:spacing w:after="40" w:line="312" w:lineRule="auto"/>
                  </w:pPr>
                  <w:r w:rsidRPr="006A21D5">
                    <w:rPr>
                      <w:b/>
                      <w:color w:val="0B2E59"/>
                      <w:sz w:val="21"/>
                    </w:rPr>
                    <w:t>Tams Hydropower Dam Project</w:t>
                  </w:r>
                </w:p>
                <w:p w14:paraId="4E95348F" w14:textId="77777777" w:rsidR="0095051E" w:rsidRPr="004A1325" w:rsidRDefault="00000000" w:rsidP="006A21D5">
                  <w:pPr>
                    <w:spacing w:after="100" w:line="312" w:lineRule="auto"/>
                    <w:jc w:val="both"/>
                  </w:pPr>
                  <w:r w:rsidRPr="004A1325">
                    <w:rPr>
                      <w:color w:val="1F2937"/>
                    </w:rPr>
                    <w:t>Geological and geotechnical investigation support for hydropower dam feasibility design.</w:t>
                  </w:r>
                </w:p>
              </w:tc>
            </w:tr>
            <w:tr w:rsidR="0095051E" w:rsidRPr="006A21D5" w14:paraId="354313C2" w14:textId="77777777" w:rsidTr="001B1DF0">
              <w:tc>
                <w:tcPr>
                  <w:tcW w:w="10005" w:type="dxa"/>
                  <w:shd w:val="clear" w:color="auto" w:fill="FCFEFF"/>
                  <w:tcMar>
                    <w:top w:w="70" w:type="dxa"/>
                    <w:left w:w="90" w:type="dxa"/>
                    <w:bottom w:w="70" w:type="dxa"/>
                    <w:right w:w="90" w:type="dxa"/>
                  </w:tcMar>
                </w:tcPr>
                <w:p w14:paraId="2934F11C" w14:textId="77777777" w:rsidR="0095051E" w:rsidRPr="006A21D5" w:rsidRDefault="00000000" w:rsidP="006A21D5">
                  <w:pPr>
                    <w:spacing w:after="40" w:line="312" w:lineRule="auto"/>
                  </w:pPr>
                  <w:r w:rsidRPr="006A21D5">
                    <w:rPr>
                      <w:b/>
                      <w:color w:val="0B2E59"/>
                      <w:sz w:val="21"/>
                    </w:rPr>
                    <w:t xml:space="preserve">Koye </w:t>
                  </w:r>
                  <w:proofErr w:type="spellStart"/>
                  <w:r w:rsidRPr="006A21D5">
                    <w:rPr>
                      <w:b/>
                      <w:color w:val="0B2E59"/>
                      <w:sz w:val="21"/>
                    </w:rPr>
                    <w:t>Fetche</w:t>
                  </w:r>
                  <w:proofErr w:type="spellEnd"/>
                  <w:r w:rsidRPr="006A21D5">
                    <w:rPr>
                      <w:b/>
                      <w:color w:val="0B2E59"/>
                      <w:sz w:val="21"/>
                    </w:rPr>
                    <w:t xml:space="preserve"> </w:t>
                  </w:r>
                  <w:proofErr w:type="gramStart"/>
                  <w:r w:rsidRPr="006A21D5">
                    <w:rPr>
                      <w:b/>
                      <w:color w:val="0B2E59"/>
                      <w:sz w:val="21"/>
                    </w:rPr>
                    <w:t>Waste Water</w:t>
                  </w:r>
                  <w:proofErr w:type="gramEnd"/>
                  <w:r w:rsidRPr="006A21D5">
                    <w:rPr>
                      <w:b/>
                      <w:color w:val="0B2E59"/>
                      <w:sz w:val="21"/>
                    </w:rPr>
                    <w:t xml:space="preserve"> Treatment Plant Site</w:t>
                  </w:r>
                </w:p>
                <w:p w14:paraId="6F1289F3" w14:textId="77777777" w:rsidR="0095051E" w:rsidRPr="004A1325" w:rsidRDefault="00000000" w:rsidP="006A21D5">
                  <w:pPr>
                    <w:spacing w:after="100" w:line="312" w:lineRule="auto"/>
                    <w:jc w:val="both"/>
                  </w:pPr>
                  <w:r w:rsidRPr="004A1325">
                    <w:rPr>
                      <w:color w:val="1F2937"/>
                    </w:rPr>
                    <w:t xml:space="preserve">Geotechnical investigation </w:t>
                  </w:r>
                  <w:proofErr w:type="gramStart"/>
                  <w:r w:rsidRPr="004A1325">
                    <w:rPr>
                      <w:color w:val="1F2937"/>
                    </w:rPr>
                    <w:t>support for</w:t>
                  </w:r>
                  <w:proofErr w:type="gramEnd"/>
                  <w:r w:rsidRPr="004A1325">
                    <w:rPr>
                      <w:color w:val="1F2937"/>
                    </w:rPr>
                    <w:t xml:space="preserve"> feasibility and detailed design.</w:t>
                  </w:r>
                </w:p>
              </w:tc>
            </w:tr>
            <w:tr w:rsidR="0095051E" w:rsidRPr="006A21D5" w14:paraId="66DB6202" w14:textId="77777777" w:rsidTr="001B1DF0">
              <w:tc>
                <w:tcPr>
                  <w:tcW w:w="10005" w:type="dxa"/>
                  <w:shd w:val="clear" w:color="auto" w:fill="FCFEFF"/>
                  <w:tcMar>
                    <w:top w:w="70" w:type="dxa"/>
                    <w:left w:w="90" w:type="dxa"/>
                    <w:bottom w:w="70" w:type="dxa"/>
                    <w:right w:w="90" w:type="dxa"/>
                  </w:tcMar>
                </w:tcPr>
                <w:p w14:paraId="6DF0BFDE" w14:textId="77777777" w:rsidR="0095051E" w:rsidRPr="006A21D5" w:rsidRDefault="00000000" w:rsidP="006A21D5">
                  <w:pPr>
                    <w:spacing w:after="40" w:line="312" w:lineRule="auto"/>
                  </w:pPr>
                  <w:r w:rsidRPr="006A21D5">
                    <w:rPr>
                      <w:b/>
                      <w:color w:val="0B2E59"/>
                      <w:sz w:val="21"/>
                    </w:rPr>
                    <w:t>Bridge, Road, and Building Projects</w:t>
                  </w:r>
                </w:p>
                <w:p w14:paraId="47FD98CA" w14:textId="77777777" w:rsidR="0095051E" w:rsidRPr="004A1325" w:rsidRDefault="00000000" w:rsidP="006A21D5">
                  <w:pPr>
                    <w:spacing w:after="100" w:line="312" w:lineRule="auto"/>
                    <w:jc w:val="both"/>
                  </w:pPr>
                  <w:r w:rsidRPr="004A1325">
                    <w:rPr>
                      <w:color w:val="1F2937"/>
                    </w:rPr>
                    <w:t>Contributed to bridge, road, apartment building, and public facility investigations involving geotechnical, materials, and foundation-related inputs.</w:t>
                  </w:r>
                </w:p>
              </w:tc>
            </w:tr>
          </w:tbl>
          <w:p w14:paraId="094BE4C2" w14:textId="77777777" w:rsidR="0095051E" w:rsidRPr="006A21D5" w:rsidRDefault="0095051E" w:rsidP="006A21D5">
            <w:pPr>
              <w:spacing w:line="312" w:lineRule="auto"/>
            </w:pPr>
          </w:p>
        </w:tc>
      </w:tr>
      <w:tr w:rsidR="0095051E" w:rsidRPr="006A21D5" w14:paraId="58440B18" w14:textId="77777777" w:rsidTr="00651A0E">
        <w:tblPrEx>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PrEx>
        <w:trPr>
          <w:gridBefore w:val="1"/>
          <w:gridAfter w:val="1"/>
          <w:wBefore w:w="10" w:type="dxa"/>
          <w:wAfter w:w="10" w:type="dxa"/>
          <w:jc w:val="center"/>
        </w:trPr>
        <w:tc>
          <w:tcPr>
            <w:tcW w:w="10305" w:type="dxa"/>
            <w:tcBorders>
              <w:top w:val="nil"/>
              <w:left w:val="nil"/>
              <w:bottom w:val="nil"/>
              <w:right w:val="nil"/>
            </w:tcBorders>
            <w:tcMar>
              <w:top w:w="120" w:type="dxa"/>
              <w:left w:w="150" w:type="dxa"/>
              <w:bottom w:w="120" w:type="dxa"/>
              <w:right w:w="150" w:type="dxa"/>
            </w:tcMar>
          </w:tcPr>
          <w:p w14:paraId="6F97985E" w14:textId="77777777" w:rsidR="0095051E" w:rsidRPr="006A21D5" w:rsidRDefault="00000000" w:rsidP="006A21D5">
            <w:pPr>
              <w:spacing w:after="160" w:line="312" w:lineRule="auto"/>
            </w:pPr>
            <w:r w:rsidRPr="006A21D5">
              <w:rPr>
                <w:b/>
                <w:color w:val="0B2E59"/>
                <w:sz w:val="26"/>
              </w:rPr>
              <w:lastRenderedPageBreak/>
              <w:t>Representative Responsibilities</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5157"/>
              <w:gridCol w:w="4848"/>
            </w:tblGrid>
            <w:tr w:rsidR="0095051E" w:rsidRPr="006A21D5" w14:paraId="084B87F6" w14:textId="77777777" w:rsidTr="004A1325">
              <w:tc>
                <w:tcPr>
                  <w:tcW w:w="5167" w:type="dxa"/>
                  <w:tcMar>
                    <w:top w:w="80" w:type="dxa"/>
                    <w:left w:w="80" w:type="dxa"/>
                    <w:bottom w:w="80" w:type="dxa"/>
                    <w:right w:w="80" w:type="dxa"/>
                  </w:tcMar>
                </w:tcPr>
                <w:p w14:paraId="6665F334" w14:textId="77777777" w:rsidR="0095051E" w:rsidRPr="004A1325" w:rsidRDefault="00000000" w:rsidP="004A1325">
                  <w:pPr>
                    <w:pStyle w:val="ListBullet"/>
                    <w:spacing w:after="40" w:line="312" w:lineRule="auto"/>
                    <w:jc w:val="both"/>
                  </w:pPr>
                  <w:r w:rsidRPr="004A1325">
                    <w:rPr>
                      <w:color w:val="1F2937"/>
                    </w:rPr>
                    <w:t>Follow-up of drilling progress and field investigation programs.</w:t>
                  </w:r>
                </w:p>
                <w:p w14:paraId="702FF0BF" w14:textId="77777777" w:rsidR="0095051E" w:rsidRPr="004A1325" w:rsidRDefault="00000000" w:rsidP="004A1325">
                  <w:pPr>
                    <w:pStyle w:val="ListBullet"/>
                    <w:spacing w:after="40" w:line="312" w:lineRule="auto"/>
                    <w:jc w:val="both"/>
                  </w:pPr>
                  <w:r w:rsidRPr="004A1325">
                    <w:rPr>
                      <w:color w:val="1F2937"/>
                    </w:rPr>
                    <w:t>Geological and geotechnical borehole logging.</w:t>
                  </w:r>
                </w:p>
                <w:p w14:paraId="7A33CDF0" w14:textId="77777777" w:rsidR="0095051E" w:rsidRPr="004A1325" w:rsidRDefault="00000000" w:rsidP="004A1325">
                  <w:pPr>
                    <w:pStyle w:val="ListBullet"/>
                    <w:spacing w:after="40" w:line="312" w:lineRule="auto"/>
                    <w:jc w:val="both"/>
                  </w:pPr>
                  <w:r w:rsidRPr="004A1325">
                    <w:rPr>
                      <w:color w:val="1F2937"/>
                    </w:rPr>
                    <w:t>Collection of disturbed and undisturbed samples.</w:t>
                  </w:r>
                </w:p>
                <w:p w14:paraId="30706873" w14:textId="77777777" w:rsidR="0095051E" w:rsidRPr="004A1325" w:rsidRDefault="00000000" w:rsidP="004A1325">
                  <w:pPr>
                    <w:pStyle w:val="ListBullet"/>
                    <w:spacing w:after="40" w:line="312" w:lineRule="auto"/>
                    <w:jc w:val="both"/>
                  </w:pPr>
                  <w:r w:rsidRPr="004A1325">
                    <w:rPr>
                      <w:color w:val="1F2937"/>
                    </w:rPr>
                    <w:t>Coordination of soil, rock, concrete, and water testing.</w:t>
                  </w:r>
                </w:p>
                <w:p w14:paraId="6363CBC8" w14:textId="77777777" w:rsidR="0095051E" w:rsidRPr="004A1325" w:rsidRDefault="00000000" w:rsidP="004A1325">
                  <w:pPr>
                    <w:pStyle w:val="ListBullet"/>
                    <w:spacing w:after="40" w:line="312" w:lineRule="auto"/>
                    <w:jc w:val="both"/>
                  </w:pPr>
                  <w:r w:rsidRPr="004A1325">
                    <w:rPr>
                      <w:color w:val="1F2937"/>
                    </w:rPr>
                    <w:t>Execution and recording of in-situ tests and field observations.</w:t>
                  </w:r>
                </w:p>
                <w:p w14:paraId="068DA6DB" w14:textId="77777777" w:rsidR="0095051E" w:rsidRPr="004A1325" w:rsidRDefault="00000000" w:rsidP="004A1325">
                  <w:pPr>
                    <w:pStyle w:val="ListBullet"/>
                    <w:spacing w:after="40" w:line="312" w:lineRule="auto"/>
                    <w:jc w:val="both"/>
                  </w:pPr>
                  <w:r w:rsidRPr="004A1325">
                    <w:rPr>
                      <w:color w:val="1F2937"/>
                    </w:rPr>
                    <w:t>Engineering geological and geomorphological mapping.</w:t>
                  </w:r>
                </w:p>
              </w:tc>
              <w:tc>
                <w:tcPr>
                  <w:tcW w:w="4858" w:type="dxa"/>
                  <w:tcMar>
                    <w:top w:w="80" w:type="dxa"/>
                    <w:left w:w="80" w:type="dxa"/>
                    <w:bottom w:w="80" w:type="dxa"/>
                    <w:right w:w="80" w:type="dxa"/>
                  </w:tcMar>
                </w:tcPr>
                <w:p w14:paraId="4C8B6F6D" w14:textId="77777777" w:rsidR="0095051E" w:rsidRPr="004A1325" w:rsidRDefault="00000000" w:rsidP="004A1325">
                  <w:pPr>
                    <w:pStyle w:val="ListBullet"/>
                    <w:spacing w:after="40" w:line="312" w:lineRule="auto"/>
                    <w:jc w:val="both"/>
                  </w:pPr>
                  <w:r w:rsidRPr="004A1325">
                    <w:rPr>
                      <w:color w:val="1F2937"/>
                    </w:rPr>
                    <w:t>Interpretation of field and laboratory data for engineering objectives.</w:t>
                  </w:r>
                </w:p>
                <w:p w14:paraId="1C3E94E0" w14:textId="77777777" w:rsidR="0095051E" w:rsidRPr="004A1325" w:rsidRDefault="00000000" w:rsidP="004A1325">
                  <w:pPr>
                    <w:pStyle w:val="ListBullet"/>
                    <w:spacing w:after="40" w:line="312" w:lineRule="auto"/>
                    <w:jc w:val="both"/>
                  </w:pPr>
                  <w:r w:rsidRPr="004A1325">
                    <w:rPr>
                      <w:color w:val="1F2937"/>
                    </w:rPr>
                    <w:t>Assessment of problematic sections including poor subgrade, erosion, drainage, and landslide-prone areas.</w:t>
                  </w:r>
                </w:p>
                <w:p w14:paraId="27E20B8D" w14:textId="77777777" w:rsidR="0095051E" w:rsidRPr="004A1325" w:rsidRDefault="00000000" w:rsidP="004A1325">
                  <w:pPr>
                    <w:pStyle w:val="ListBullet"/>
                    <w:spacing w:after="40" w:line="312" w:lineRule="auto"/>
                    <w:jc w:val="both"/>
                  </w:pPr>
                  <w:r w:rsidRPr="004A1325">
                    <w:rPr>
                      <w:color w:val="1F2937"/>
                    </w:rPr>
                    <w:t>Investigation of construction materials for roads, bridges, dams, and buildings.</w:t>
                  </w:r>
                </w:p>
                <w:p w14:paraId="25E1E037" w14:textId="77777777" w:rsidR="0095051E" w:rsidRPr="004A1325" w:rsidRDefault="00000000" w:rsidP="004A1325">
                  <w:pPr>
                    <w:pStyle w:val="ListBullet"/>
                    <w:spacing w:after="40" w:line="312" w:lineRule="auto"/>
                    <w:jc w:val="both"/>
                  </w:pPr>
                  <w:r w:rsidRPr="004A1325">
                    <w:rPr>
                      <w:color w:val="1F2937"/>
                    </w:rPr>
                    <w:t>Quality control support for aggregates, soils, concrete, and related materials.</w:t>
                  </w:r>
                </w:p>
                <w:p w14:paraId="6563561A" w14:textId="77777777" w:rsidR="0095051E" w:rsidRPr="004A1325" w:rsidRDefault="00000000" w:rsidP="004A1325">
                  <w:pPr>
                    <w:pStyle w:val="ListBullet"/>
                    <w:spacing w:after="40" w:line="312" w:lineRule="auto"/>
                    <w:jc w:val="both"/>
                  </w:pPr>
                  <w:r w:rsidRPr="004A1325">
                    <w:rPr>
                      <w:color w:val="1F2937"/>
                    </w:rPr>
                    <w:t>Preparation of geotechnical, materials, and hydrogeological reports.</w:t>
                  </w:r>
                </w:p>
                <w:p w14:paraId="2EEAFF29" w14:textId="77777777" w:rsidR="0095051E" w:rsidRPr="004A1325" w:rsidRDefault="00000000" w:rsidP="004A1325">
                  <w:pPr>
                    <w:pStyle w:val="ListBullet"/>
                    <w:spacing w:after="40" w:line="312" w:lineRule="auto"/>
                    <w:jc w:val="both"/>
                  </w:pPr>
                  <w:proofErr w:type="gramStart"/>
                  <w:r w:rsidRPr="004A1325">
                    <w:rPr>
                      <w:color w:val="1F2937"/>
                    </w:rPr>
                    <w:t>Support to</w:t>
                  </w:r>
                  <w:proofErr w:type="gramEnd"/>
                  <w:r w:rsidRPr="004A1325">
                    <w:rPr>
                      <w:color w:val="1F2937"/>
                    </w:rPr>
                    <w:t xml:space="preserve"> project teams through technical reporting and engineering documentation.</w:t>
                  </w:r>
                </w:p>
              </w:tc>
            </w:tr>
          </w:tbl>
          <w:p w14:paraId="54ABA775" w14:textId="77777777" w:rsidR="0095051E" w:rsidRPr="006A21D5" w:rsidRDefault="0095051E" w:rsidP="006A21D5">
            <w:pPr>
              <w:spacing w:line="312" w:lineRule="auto"/>
            </w:pPr>
          </w:p>
        </w:tc>
      </w:tr>
    </w:tbl>
    <w:p w14:paraId="53DDE66C" w14:textId="77777777" w:rsidR="001B1DF0" w:rsidRDefault="001B1DF0">
      <w:r>
        <w:br w:type="page"/>
      </w:r>
    </w:p>
    <w:tbl>
      <w:tblPr>
        <w:tblW w:w="0" w:type="auto"/>
        <w:jc w:val="center"/>
        <w:tblLook w:val="04A0" w:firstRow="1" w:lastRow="0" w:firstColumn="1" w:lastColumn="0" w:noHBand="0" w:noVBand="1"/>
      </w:tblPr>
      <w:tblGrid>
        <w:gridCol w:w="10305"/>
      </w:tblGrid>
      <w:tr w:rsidR="0095051E" w:rsidRPr="006A21D5" w14:paraId="00E491B1" w14:textId="77777777" w:rsidTr="00651A0E">
        <w:trPr>
          <w:jc w:val="center"/>
        </w:trPr>
        <w:tc>
          <w:tcPr>
            <w:tcW w:w="10305" w:type="dxa"/>
            <w:tcMar>
              <w:top w:w="120" w:type="dxa"/>
              <w:left w:w="150" w:type="dxa"/>
              <w:bottom w:w="120" w:type="dxa"/>
              <w:right w:w="150" w:type="dxa"/>
            </w:tcMar>
          </w:tcPr>
          <w:p w14:paraId="21849640" w14:textId="1DD6C8B1" w:rsidR="0095051E" w:rsidRPr="006A21D5" w:rsidRDefault="00000000" w:rsidP="006A21D5">
            <w:pPr>
              <w:spacing w:after="160" w:line="312" w:lineRule="auto"/>
            </w:pPr>
            <w:r w:rsidRPr="006A21D5">
              <w:rPr>
                <w:b/>
                <w:color w:val="0B2E59"/>
                <w:sz w:val="26"/>
              </w:rPr>
              <w:lastRenderedPageBreak/>
              <w:t>Representative Project Experience</w:t>
            </w:r>
          </w:p>
          <w:tbl>
            <w:tblPr>
              <w:tblW w:w="0" w:type="auto"/>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Layout w:type="fixed"/>
              <w:tblLook w:val="04A0" w:firstRow="1" w:lastRow="0" w:firstColumn="1" w:lastColumn="0" w:noHBand="0" w:noVBand="1"/>
            </w:tblPr>
            <w:tblGrid>
              <w:gridCol w:w="2542"/>
              <w:gridCol w:w="2426"/>
              <w:gridCol w:w="2156"/>
              <w:gridCol w:w="2861"/>
            </w:tblGrid>
            <w:tr w:rsidR="0095051E" w:rsidRPr="006A21D5" w14:paraId="7E1393D2" w14:textId="77777777" w:rsidTr="004A1325">
              <w:tc>
                <w:tcPr>
                  <w:tcW w:w="2547" w:type="dxa"/>
                  <w:shd w:val="clear" w:color="auto" w:fill="EAF4FF"/>
                  <w:tcMar>
                    <w:top w:w="90" w:type="dxa"/>
                    <w:left w:w="80" w:type="dxa"/>
                    <w:bottom w:w="90" w:type="dxa"/>
                    <w:right w:w="80" w:type="dxa"/>
                  </w:tcMar>
                </w:tcPr>
                <w:p w14:paraId="7684D83C" w14:textId="77777777" w:rsidR="0095051E" w:rsidRPr="006A21D5" w:rsidRDefault="00000000" w:rsidP="006A21D5">
                  <w:pPr>
                    <w:spacing w:after="0" w:line="312" w:lineRule="auto"/>
                    <w:jc w:val="center"/>
                  </w:pPr>
                  <w:r w:rsidRPr="006A21D5">
                    <w:rPr>
                      <w:b/>
                      <w:color w:val="0B2E59"/>
                      <w:sz w:val="18"/>
                    </w:rPr>
                    <w:t>Project</w:t>
                  </w:r>
                </w:p>
              </w:tc>
              <w:tc>
                <w:tcPr>
                  <w:tcW w:w="2430" w:type="dxa"/>
                  <w:shd w:val="clear" w:color="auto" w:fill="EAF4FF"/>
                  <w:tcMar>
                    <w:top w:w="90" w:type="dxa"/>
                    <w:left w:w="80" w:type="dxa"/>
                    <w:bottom w:w="90" w:type="dxa"/>
                    <w:right w:w="80" w:type="dxa"/>
                  </w:tcMar>
                </w:tcPr>
                <w:p w14:paraId="61685E78" w14:textId="77777777" w:rsidR="0095051E" w:rsidRPr="006A21D5" w:rsidRDefault="00000000" w:rsidP="006A21D5">
                  <w:pPr>
                    <w:spacing w:after="0" w:line="312" w:lineRule="auto"/>
                    <w:jc w:val="center"/>
                  </w:pPr>
                  <w:r w:rsidRPr="006A21D5">
                    <w:rPr>
                      <w:b/>
                      <w:color w:val="0B2E59"/>
                      <w:sz w:val="18"/>
                    </w:rPr>
                    <w:t>Role</w:t>
                  </w:r>
                </w:p>
              </w:tc>
              <w:tc>
                <w:tcPr>
                  <w:tcW w:w="2160" w:type="dxa"/>
                  <w:shd w:val="clear" w:color="auto" w:fill="EAF4FF"/>
                  <w:tcMar>
                    <w:top w:w="90" w:type="dxa"/>
                    <w:left w:w="80" w:type="dxa"/>
                    <w:bottom w:w="90" w:type="dxa"/>
                    <w:right w:w="80" w:type="dxa"/>
                  </w:tcMar>
                </w:tcPr>
                <w:p w14:paraId="7BFD185A" w14:textId="77777777" w:rsidR="0095051E" w:rsidRPr="006A21D5" w:rsidRDefault="00000000" w:rsidP="006A21D5">
                  <w:pPr>
                    <w:spacing w:after="0" w:line="312" w:lineRule="auto"/>
                    <w:jc w:val="center"/>
                  </w:pPr>
                  <w:r w:rsidRPr="006A21D5">
                    <w:rPr>
                      <w:b/>
                      <w:color w:val="0B2E59"/>
                      <w:sz w:val="18"/>
                    </w:rPr>
                    <w:t>Client / Institution</w:t>
                  </w:r>
                </w:p>
              </w:tc>
              <w:tc>
                <w:tcPr>
                  <w:tcW w:w="2868" w:type="dxa"/>
                  <w:shd w:val="clear" w:color="auto" w:fill="EAF4FF"/>
                  <w:tcMar>
                    <w:top w:w="90" w:type="dxa"/>
                    <w:left w:w="80" w:type="dxa"/>
                    <w:bottom w:w="90" w:type="dxa"/>
                    <w:right w:w="80" w:type="dxa"/>
                  </w:tcMar>
                </w:tcPr>
                <w:p w14:paraId="379C3114" w14:textId="77777777" w:rsidR="0095051E" w:rsidRPr="006A21D5" w:rsidRDefault="00000000" w:rsidP="006A21D5">
                  <w:pPr>
                    <w:spacing w:after="0" w:line="312" w:lineRule="auto"/>
                    <w:jc w:val="center"/>
                  </w:pPr>
                  <w:r w:rsidRPr="006A21D5">
                    <w:rPr>
                      <w:b/>
                      <w:color w:val="0B2E59"/>
                      <w:sz w:val="18"/>
                    </w:rPr>
                    <w:t>Relevant Experience</w:t>
                  </w:r>
                </w:p>
              </w:tc>
            </w:tr>
            <w:tr w:rsidR="0095051E" w:rsidRPr="006A21D5" w14:paraId="4A036B3C" w14:textId="77777777" w:rsidTr="004A1325">
              <w:tc>
                <w:tcPr>
                  <w:tcW w:w="2547" w:type="dxa"/>
                  <w:shd w:val="clear" w:color="auto" w:fill="FCFEFF"/>
                  <w:tcMar>
                    <w:top w:w="90" w:type="dxa"/>
                    <w:left w:w="80" w:type="dxa"/>
                    <w:bottom w:w="90" w:type="dxa"/>
                    <w:right w:w="80" w:type="dxa"/>
                  </w:tcMar>
                  <w:vAlign w:val="center"/>
                </w:tcPr>
                <w:p w14:paraId="501ACB09" w14:textId="77777777" w:rsidR="0095051E" w:rsidRPr="004A1325" w:rsidRDefault="00000000" w:rsidP="004A1325">
                  <w:pPr>
                    <w:spacing w:after="0" w:line="312" w:lineRule="auto"/>
                    <w:jc w:val="both"/>
                  </w:pPr>
                  <w:r w:rsidRPr="004A1325">
                    <w:rPr>
                      <w:color w:val="1F2937"/>
                    </w:rPr>
                    <w:t>Gindera, Katar, Sego, Kalid-Dijo, Weito, and Tams Dam Projects</w:t>
                  </w:r>
                </w:p>
              </w:tc>
              <w:tc>
                <w:tcPr>
                  <w:tcW w:w="2430" w:type="dxa"/>
                  <w:shd w:val="clear" w:color="auto" w:fill="FCFEFF"/>
                  <w:tcMar>
                    <w:top w:w="90" w:type="dxa"/>
                    <w:left w:w="80" w:type="dxa"/>
                    <w:bottom w:w="90" w:type="dxa"/>
                    <w:right w:w="80" w:type="dxa"/>
                  </w:tcMar>
                  <w:vAlign w:val="center"/>
                </w:tcPr>
                <w:p w14:paraId="2EEBF9E7" w14:textId="77777777" w:rsidR="0095051E" w:rsidRPr="004A1325" w:rsidRDefault="00000000" w:rsidP="004A1325">
                  <w:pPr>
                    <w:spacing w:after="0" w:line="312" w:lineRule="auto"/>
                    <w:jc w:val="both"/>
                  </w:pPr>
                  <w:r w:rsidRPr="004A1325">
                    <w:rPr>
                      <w:color w:val="1F2937"/>
                    </w:rPr>
                    <w:t>Engineering Geologist / Senior Engineering Geologist</w:t>
                  </w:r>
                </w:p>
              </w:tc>
              <w:tc>
                <w:tcPr>
                  <w:tcW w:w="2160" w:type="dxa"/>
                  <w:shd w:val="clear" w:color="auto" w:fill="FCFEFF"/>
                  <w:tcMar>
                    <w:top w:w="90" w:type="dxa"/>
                    <w:left w:w="80" w:type="dxa"/>
                    <w:bottom w:w="90" w:type="dxa"/>
                    <w:right w:w="80" w:type="dxa"/>
                  </w:tcMar>
                  <w:vAlign w:val="center"/>
                </w:tcPr>
                <w:p w14:paraId="2DDEE065" w14:textId="77777777" w:rsidR="0095051E" w:rsidRPr="004A1325" w:rsidRDefault="00000000" w:rsidP="004A1325">
                  <w:pPr>
                    <w:spacing w:after="0" w:line="312" w:lineRule="auto"/>
                    <w:jc w:val="both"/>
                  </w:pPr>
                  <w:r w:rsidRPr="004A1325">
                    <w:rPr>
                      <w:color w:val="1F2937"/>
                    </w:rPr>
                    <w:t>Ethiopian Engineering Corporation / Water sector clients</w:t>
                  </w:r>
                </w:p>
              </w:tc>
              <w:tc>
                <w:tcPr>
                  <w:tcW w:w="2868" w:type="dxa"/>
                  <w:shd w:val="clear" w:color="auto" w:fill="FCFEFF"/>
                  <w:tcMar>
                    <w:top w:w="90" w:type="dxa"/>
                    <w:left w:w="80" w:type="dxa"/>
                    <w:bottom w:w="90" w:type="dxa"/>
                    <w:right w:w="80" w:type="dxa"/>
                  </w:tcMar>
                  <w:vAlign w:val="center"/>
                </w:tcPr>
                <w:p w14:paraId="5A53557C" w14:textId="77777777" w:rsidR="0095051E" w:rsidRPr="004A1325" w:rsidRDefault="00000000" w:rsidP="004A1325">
                  <w:pPr>
                    <w:spacing w:after="0" w:line="312" w:lineRule="auto"/>
                    <w:jc w:val="both"/>
                  </w:pPr>
                  <w:r w:rsidRPr="004A1325">
                    <w:rPr>
                      <w:color w:val="1F2937"/>
                    </w:rPr>
                    <w:t>Dam-related geotechnical and geological investigation support, borehole logging, field testing, materials assessment, and reporting for feasibility and detailed design.</w:t>
                  </w:r>
                </w:p>
              </w:tc>
            </w:tr>
            <w:tr w:rsidR="0095051E" w:rsidRPr="006A21D5" w14:paraId="7C56EA2D" w14:textId="77777777" w:rsidTr="004A1325">
              <w:tc>
                <w:tcPr>
                  <w:tcW w:w="2547" w:type="dxa"/>
                  <w:shd w:val="clear" w:color="auto" w:fill="FCFEFF"/>
                  <w:tcMar>
                    <w:top w:w="90" w:type="dxa"/>
                    <w:left w:w="80" w:type="dxa"/>
                    <w:bottom w:w="90" w:type="dxa"/>
                    <w:right w:w="80" w:type="dxa"/>
                  </w:tcMar>
                  <w:vAlign w:val="center"/>
                </w:tcPr>
                <w:p w14:paraId="0035B9F0" w14:textId="77777777" w:rsidR="0095051E" w:rsidRPr="004A1325" w:rsidRDefault="00000000" w:rsidP="004A1325">
                  <w:pPr>
                    <w:spacing w:after="0" w:line="312" w:lineRule="auto"/>
                    <w:jc w:val="both"/>
                  </w:pPr>
                  <w:r w:rsidRPr="004A1325">
                    <w:rPr>
                      <w:color w:val="1F2937"/>
                    </w:rPr>
                    <w:t xml:space="preserve">Koye Fetche </w:t>
                  </w:r>
                  <w:proofErr w:type="gramStart"/>
                  <w:r w:rsidRPr="004A1325">
                    <w:rPr>
                      <w:color w:val="1F2937"/>
                    </w:rPr>
                    <w:t>Waste Water</w:t>
                  </w:r>
                  <w:proofErr w:type="gramEnd"/>
                  <w:r w:rsidRPr="004A1325">
                    <w:rPr>
                      <w:color w:val="1F2937"/>
                    </w:rPr>
                    <w:t xml:space="preserve"> Treatment Plant Site</w:t>
                  </w:r>
                </w:p>
              </w:tc>
              <w:tc>
                <w:tcPr>
                  <w:tcW w:w="2430" w:type="dxa"/>
                  <w:shd w:val="clear" w:color="auto" w:fill="FCFEFF"/>
                  <w:tcMar>
                    <w:top w:w="90" w:type="dxa"/>
                    <w:left w:w="80" w:type="dxa"/>
                    <w:bottom w:w="90" w:type="dxa"/>
                    <w:right w:w="80" w:type="dxa"/>
                  </w:tcMar>
                  <w:vAlign w:val="center"/>
                </w:tcPr>
                <w:p w14:paraId="282AD733" w14:textId="77777777" w:rsidR="0095051E" w:rsidRPr="004A1325" w:rsidRDefault="00000000" w:rsidP="004A1325">
                  <w:pPr>
                    <w:spacing w:after="0" w:line="312" w:lineRule="auto"/>
                    <w:jc w:val="both"/>
                  </w:pPr>
                  <w:r w:rsidRPr="004A1325">
                    <w:rPr>
                      <w:color w:val="1F2937"/>
                    </w:rPr>
                    <w:t>Engineering Geologist</w:t>
                  </w:r>
                </w:p>
              </w:tc>
              <w:tc>
                <w:tcPr>
                  <w:tcW w:w="2160" w:type="dxa"/>
                  <w:shd w:val="clear" w:color="auto" w:fill="FCFEFF"/>
                  <w:tcMar>
                    <w:top w:w="90" w:type="dxa"/>
                    <w:left w:w="80" w:type="dxa"/>
                    <w:bottom w:w="90" w:type="dxa"/>
                    <w:right w:w="80" w:type="dxa"/>
                  </w:tcMar>
                  <w:vAlign w:val="center"/>
                </w:tcPr>
                <w:p w14:paraId="0E8E7D0C" w14:textId="77777777" w:rsidR="0095051E" w:rsidRPr="004A1325" w:rsidRDefault="00000000" w:rsidP="004A1325">
                  <w:pPr>
                    <w:spacing w:after="0" w:line="312" w:lineRule="auto"/>
                    <w:jc w:val="both"/>
                  </w:pPr>
                  <w:r w:rsidRPr="004A1325">
                    <w:rPr>
                      <w:color w:val="1F2937"/>
                    </w:rPr>
                    <w:t>Relevant public institution</w:t>
                  </w:r>
                </w:p>
              </w:tc>
              <w:tc>
                <w:tcPr>
                  <w:tcW w:w="2868" w:type="dxa"/>
                  <w:shd w:val="clear" w:color="auto" w:fill="FCFEFF"/>
                  <w:tcMar>
                    <w:top w:w="90" w:type="dxa"/>
                    <w:left w:w="80" w:type="dxa"/>
                    <w:bottom w:w="90" w:type="dxa"/>
                    <w:right w:w="80" w:type="dxa"/>
                  </w:tcMar>
                  <w:vAlign w:val="center"/>
                </w:tcPr>
                <w:p w14:paraId="0B5FFC18" w14:textId="77777777" w:rsidR="0095051E" w:rsidRPr="004A1325" w:rsidRDefault="00000000" w:rsidP="004A1325">
                  <w:pPr>
                    <w:spacing w:after="0" w:line="312" w:lineRule="auto"/>
                    <w:jc w:val="both"/>
                  </w:pPr>
                  <w:r w:rsidRPr="004A1325">
                    <w:rPr>
                      <w:color w:val="1F2937"/>
                    </w:rPr>
                    <w:t xml:space="preserve">Geotechnical investigation </w:t>
                  </w:r>
                  <w:proofErr w:type="gramStart"/>
                  <w:r w:rsidRPr="004A1325">
                    <w:rPr>
                      <w:color w:val="1F2937"/>
                    </w:rPr>
                    <w:t>support for treatment</w:t>
                  </w:r>
                  <w:proofErr w:type="gramEnd"/>
                  <w:r w:rsidRPr="004A1325">
                    <w:rPr>
                      <w:color w:val="1F2937"/>
                    </w:rPr>
                    <w:t xml:space="preserve"> </w:t>
                  </w:r>
                  <w:proofErr w:type="gramStart"/>
                  <w:r w:rsidRPr="004A1325">
                    <w:rPr>
                      <w:color w:val="1F2937"/>
                    </w:rPr>
                    <w:t>plant site</w:t>
                  </w:r>
                  <w:proofErr w:type="gramEnd"/>
                  <w:r w:rsidRPr="004A1325">
                    <w:rPr>
                      <w:color w:val="1F2937"/>
                    </w:rPr>
                    <w:t xml:space="preserve"> evaluation and design input.</w:t>
                  </w:r>
                </w:p>
              </w:tc>
            </w:tr>
            <w:tr w:rsidR="0095051E" w:rsidRPr="006A21D5" w14:paraId="4AFA2D3F" w14:textId="77777777" w:rsidTr="004A1325">
              <w:tc>
                <w:tcPr>
                  <w:tcW w:w="2547" w:type="dxa"/>
                  <w:shd w:val="clear" w:color="auto" w:fill="FCFEFF"/>
                  <w:tcMar>
                    <w:top w:w="90" w:type="dxa"/>
                    <w:left w:w="80" w:type="dxa"/>
                    <w:bottom w:w="90" w:type="dxa"/>
                    <w:right w:w="80" w:type="dxa"/>
                  </w:tcMar>
                  <w:vAlign w:val="center"/>
                </w:tcPr>
                <w:p w14:paraId="2D62A8CD" w14:textId="77777777" w:rsidR="0095051E" w:rsidRPr="004A1325" w:rsidRDefault="00000000" w:rsidP="004A1325">
                  <w:pPr>
                    <w:spacing w:after="0" w:line="312" w:lineRule="auto"/>
                    <w:jc w:val="both"/>
                  </w:pPr>
                  <w:r w:rsidRPr="004A1325">
                    <w:rPr>
                      <w:color w:val="1F2937"/>
                    </w:rPr>
                    <w:t>Road and Bridge Construction Projects in Amhara Region</w:t>
                  </w:r>
                </w:p>
              </w:tc>
              <w:tc>
                <w:tcPr>
                  <w:tcW w:w="2430" w:type="dxa"/>
                  <w:shd w:val="clear" w:color="auto" w:fill="FCFEFF"/>
                  <w:tcMar>
                    <w:top w:w="90" w:type="dxa"/>
                    <w:left w:w="80" w:type="dxa"/>
                    <w:bottom w:w="90" w:type="dxa"/>
                    <w:right w:w="80" w:type="dxa"/>
                  </w:tcMar>
                  <w:vAlign w:val="center"/>
                </w:tcPr>
                <w:p w14:paraId="3CF27C0B" w14:textId="77777777" w:rsidR="0095051E" w:rsidRPr="004A1325" w:rsidRDefault="00000000" w:rsidP="004A1325">
                  <w:pPr>
                    <w:spacing w:after="0" w:line="312" w:lineRule="auto"/>
                    <w:jc w:val="both"/>
                  </w:pPr>
                  <w:r w:rsidRPr="004A1325">
                    <w:rPr>
                      <w:color w:val="1F2937"/>
                    </w:rPr>
                    <w:t>Materials Engineer</w:t>
                  </w:r>
                </w:p>
              </w:tc>
              <w:tc>
                <w:tcPr>
                  <w:tcW w:w="2160" w:type="dxa"/>
                  <w:shd w:val="clear" w:color="auto" w:fill="FCFEFF"/>
                  <w:tcMar>
                    <w:top w:w="90" w:type="dxa"/>
                    <w:left w:w="80" w:type="dxa"/>
                    <w:bottom w:w="90" w:type="dxa"/>
                    <w:right w:w="80" w:type="dxa"/>
                  </w:tcMar>
                  <w:vAlign w:val="center"/>
                </w:tcPr>
                <w:p w14:paraId="3D8D74FC" w14:textId="77777777" w:rsidR="0095051E" w:rsidRPr="004A1325" w:rsidRDefault="00000000" w:rsidP="004A1325">
                  <w:pPr>
                    <w:spacing w:after="0" w:line="312" w:lineRule="auto"/>
                    <w:jc w:val="both"/>
                  </w:pPr>
                  <w:r w:rsidRPr="004A1325">
                    <w:rPr>
                      <w:color w:val="1F2937"/>
                    </w:rPr>
                    <w:t>ARA / Road sector assignments</w:t>
                  </w:r>
                </w:p>
              </w:tc>
              <w:tc>
                <w:tcPr>
                  <w:tcW w:w="2868" w:type="dxa"/>
                  <w:shd w:val="clear" w:color="auto" w:fill="FCFEFF"/>
                  <w:tcMar>
                    <w:top w:w="90" w:type="dxa"/>
                    <w:left w:w="80" w:type="dxa"/>
                    <w:bottom w:w="90" w:type="dxa"/>
                    <w:right w:w="80" w:type="dxa"/>
                  </w:tcMar>
                  <w:vAlign w:val="center"/>
                </w:tcPr>
                <w:p w14:paraId="76CDA9DB" w14:textId="77777777" w:rsidR="0095051E" w:rsidRPr="004A1325" w:rsidRDefault="00000000" w:rsidP="004A1325">
                  <w:pPr>
                    <w:spacing w:after="0" w:line="312" w:lineRule="auto"/>
                    <w:jc w:val="both"/>
                  </w:pPr>
                  <w:r w:rsidRPr="004A1325">
                    <w:rPr>
                      <w:color w:val="1F2937"/>
                    </w:rPr>
                    <w:t>Materials investigation, pavement-related support, borrow and quarry studies, field and laboratory control, and soil/material reporting.</w:t>
                  </w:r>
                </w:p>
              </w:tc>
            </w:tr>
            <w:tr w:rsidR="0095051E" w:rsidRPr="006A21D5" w14:paraId="34937E59" w14:textId="77777777" w:rsidTr="004A1325">
              <w:tc>
                <w:tcPr>
                  <w:tcW w:w="2547" w:type="dxa"/>
                  <w:shd w:val="clear" w:color="auto" w:fill="FCFEFF"/>
                  <w:tcMar>
                    <w:top w:w="90" w:type="dxa"/>
                    <w:left w:w="80" w:type="dxa"/>
                    <w:bottom w:w="90" w:type="dxa"/>
                    <w:right w:w="80" w:type="dxa"/>
                  </w:tcMar>
                  <w:vAlign w:val="center"/>
                </w:tcPr>
                <w:p w14:paraId="7AA698EF" w14:textId="77777777" w:rsidR="0095051E" w:rsidRPr="004A1325" w:rsidRDefault="00000000" w:rsidP="004A1325">
                  <w:pPr>
                    <w:spacing w:after="0" w:line="312" w:lineRule="auto"/>
                    <w:jc w:val="both"/>
                  </w:pPr>
                  <w:r w:rsidRPr="004A1325">
                    <w:rPr>
                      <w:color w:val="1F2937"/>
                    </w:rPr>
                    <w:t>Hydrogeological Investigation and Mapping Assignments</w:t>
                  </w:r>
                </w:p>
              </w:tc>
              <w:tc>
                <w:tcPr>
                  <w:tcW w:w="2430" w:type="dxa"/>
                  <w:shd w:val="clear" w:color="auto" w:fill="FCFEFF"/>
                  <w:tcMar>
                    <w:top w:w="90" w:type="dxa"/>
                    <w:left w:w="80" w:type="dxa"/>
                    <w:bottom w:w="90" w:type="dxa"/>
                    <w:right w:w="80" w:type="dxa"/>
                  </w:tcMar>
                  <w:vAlign w:val="center"/>
                </w:tcPr>
                <w:p w14:paraId="6445FADD" w14:textId="77777777" w:rsidR="0095051E" w:rsidRPr="004A1325" w:rsidRDefault="00000000" w:rsidP="004A1325">
                  <w:pPr>
                    <w:spacing w:after="0" w:line="312" w:lineRule="auto"/>
                    <w:jc w:val="both"/>
                  </w:pPr>
                  <w:r w:rsidRPr="004A1325">
                    <w:rPr>
                      <w:color w:val="1F2937"/>
                    </w:rPr>
                    <w:t>Hydrogeologist</w:t>
                  </w:r>
                </w:p>
              </w:tc>
              <w:tc>
                <w:tcPr>
                  <w:tcW w:w="2160" w:type="dxa"/>
                  <w:shd w:val="clear" w:color="auto" w:fill="FCFEFF"/>
                  <w:tcMar>
                    <w:top w:w="90" w:type="dxa"/>
                    <w:left w:w="80" w:type="dxa"/>
                    <w:bottom w:w="90" w:type="dxa"/>
                    <w:right w:w="80" w:type="dxa"/>
                  </w:tcMar>
                  <w:vAlign w:val="center"/>
                </w:tcPr>
                <w:p w14:paraId="6BB5DBCE" w14:textId="77777777" w:rsidR="0095051E" w:rsidRPr="004A1325" w:rsidRDefault="00000000" w:rsidP="004A1325">
                  <w:pPr>
                    <w:spacing w:after="0" w:line="312" w:lineRule="auto"/>
                    <w:jc w:val="both"/>
                  </w:pPr>
                  <w:r w:rsidRPr="004A1325">
                    <w:rPr>
                      <w:color w:val="1F2937"/>
                    </w:rPr>
                    <w:t>Geological Survey of Ethiopia / Ministry-related programs</w:t>
                  </w:r>
                </w:p>
              </w:tc>
              <w:tc>
                <w:tcPr>
                  <w:tcW w:w="2868" w:type="dxa"/>
                  <w:shd w:val="clear" w:color="auto" w:fill="FCFEFF"/>
                  <w:tcMar>
                    <w:top w:w="90" w:type="dxa"/>
                    <w:left w:w="80" w:type="dxa"/>
                    <w:bottom w:w="90" w:type="dxa"/>
                    <w:right w:w="80" w:type="dxa"/>
                  </w:tcMar>
                  <w:vAlign w:val="center"/>
                </w:tcPr>
                <w:p w14:paraId="3ABE60C7" w14:textId="77777777" w:rsidR="0095051E" w:rsidRPr="004A1325" w:rsidRDefault="00000000" w:rsidP="004A1325">
                  <w:pPr>
                    <w:spacing w:after="0" w:line="312" w:lineRule="auto"/>
                    <w:jc w:val="both"/>
                  </w:pPr>
                  <w:r w:rsidRPr="004A1325">
                    <w:rPr>
                      <w:color w:val="1F2937"/>
                    </w:rPr>
                    <w:t>Groundwater assessment, hydrochemical interpretation, regional mapping, water quality mapping, and well-related field support.</w:t>
                  </w:r>
                </w:p>
              </w:tc>
            </w:tr>
          </w:tbl>
          <w:p w14:paraId="1962DDD2" w14:textId="77777777" w:rsidR="0095051E" w:rsidRPr="006A21D5" w:rsidRDefault="0095051E" w:rsidP="006A21D5">
            <w:pPr>
              <w:spacing w:line="312" w:lineRule="auto"/>
            </w:pPr>
          </w:p>
        </w:tc>
      </w:tr>
      <w:tr w:rsidR="0095051E" w:rsidRPr="006A21D5" w14:paraId="296DAA78" w14:textId="77777777" w:rsidTr="00651A0E">
        <w:trPr>
          <w:jc w:val="center"/>
        </w:trPr>
        <w:tc>
          <w:tcPr>
            <w:tcW w:w="10305" w:type="dxa"/>
            <w:tcMar>
              <w:top w:w="120" w:type="dxa"/>
              <w:left w:w="150" w:type="dxa"/>
              <w:bottom w:w="120" w:type="dxa"/>
              <w:right w:w="150" w:type="dxa"/>
            </w:tcMar>
          </w:tcPr>
          <w:p w14:paraId="3C799D29" w14:textId="77777777" w:rsidR="0095051E" w:rsidRPr="006A21D5" w:rsidRDefault="00000000" w:rsidP="006A21D5">
            <w:pPr>
              <w:spacing w:after="160" w:line="312" w:lineRule="auto"/>
            </w:pPr>
            <w:r w:rsidRPr="006A21D5">
              <w:rPr>
                <w:b/>
                <w:color w:val="0B2E59"/>
                <w:sz w:val="26"/>
              </w:rPr>
              <w:t>Languages</w:t>
            </w:r>
          </w:p>
          <w:tbl>
            <w:tblPr>
              <w:tblW w:w="0" w:type="auto"/>
              <w:tblLook w:val="04A0" w:firstRow="1" w:lastRow="0" w:firstColumn="1" w:lastColumn="0" w:noHBand="0" w:noVBand="1"/>
            </w:tblPr>
            <w:tblGrid>
              <w:gridCol w:w="3340"/>
              <w:gridCol w:w="3328"/>
              <w:gridCol w:w="3337"/>
            </w:tblGrid>
            <w:tr w:rsidR="0095051E" w:rsidRPr="006A21D5" w14:paraId="786C88FC" w14:textId="77777777" w:rsidTr="001B1DF0">
              <w:tc>
                <w:tcPr>
                  <w:tcW w:w="3442" w:type="dxa"/>
                  <w:shd w:val="clear" w:color="auto" w:fill="FCFEFF"/>
                  <w:tcMar>
                    <w:top w:w="90" w:type="dxa"/>
                    <w:left w:w="100" w:type="dxa"/>
                    <w:bottom w:w="90" w:type="dxa"/>
                    <w:right w:w="100" w:type="dxa"/>
                  </w:tcMar>
                </w:tcPr>
                <w:p w14:paraId="208F0770" w14:textId="77777777" w:rsidR="0095051E" w:rsidRPr="004A1325" w:rsidRDefault="00000000" w:rsidP="006A21D5">
                  <w:pPr>
                    <w:spacing w:after="40" w:line="312" w:lineRule="auto"/>
                    <w:jc w:val="center"/>
                  </w:pPr>
                  <w:r w:rsidRPr="004A1325">
                    <w:rPr>
                      <w:b/>
                      <w:color w:val="5F6B7A"/>
                    </w:rPr>
                    <w:t>AMHARIC</w:t>
                  </w:r>
                </w:p>
                <w:p w14:paraId="2A1D097D" w14:textId="77777777" w:rsidR="0095051E" w:rsidRPr="004A1325" w:rsidRDefault="00000000" w:rsidP="006A21D5">
                  <w:pPr>
                    <w:spacing w:after="0" w:line="312" w:lineRule="auto"/>
                    <w:jc w:val="center"/>
                  </w:pPr>
                  <w:r w:rsidRPr="004A1325">
                    <w:rPr>
                      <w:b/>
                      <w:color w:val="1F2937"/>
                    </w:rPr>
                    <w:t>Native</w:t>
                  </w:r>
                </w:p>
              </w:tc>
              <w:tc>
                <w:tcPr>
                  <w:tcW w:w="3442" w:type="dxa"/>
                  <w:shd w:val="clear" w:color="auto" w:fill="FCFEFF"/>
                  <w:tcMar>
                    <w:top w:w="90" w:type="dxa"/>
                    <w:left w:w="100" w:type="dxa"/>
                    <w:bottom w:w="90" w:type="dxa"/>
                    <w:right w:w="100" w:type="dxa"/>
                  </w:tcMar>
                </w:tcPr>
                <w:p w14:paraId="3701C3EC" w14:textId="77777777" w:rsidR="0095051E" w:rsidRPr="004A1325" w:rsidRDefault="00000000" w:rsidP="006A21D5">
                  <w:pPr>
                    <w:spacing w:after="40" w:line="312" w:lineRule="auto"/>
                    <w:jc w:val="center"/>
                  </w:pPr>
                  <w:r w:rsidRPr="004A1325">
                    <w:rPr>
                      <w:b/>
                      <w:color w:val="5F6B7A"/>
                    </w:rPr>
                    <w:t>AFAAN OROMO</w:t>
                  </w:r>
                </w:p>
                <w:p w14:paraId="59C60176" w14:textId="77777777" w:rsidR="0095051E" w:rsidRPr="004A1325" w:rsidRDefault="00000000" w:rsidP="006A21D5">
                  <w:pPr>
                    <w:spacing w:after="0" w:line="312" w:lineRule="auto"/>
                    <w:jc w:val="center"/>
                  </w:pPr>
                  <w:r w:rsidRPr="004A1325">
                    <w:rPr>
                      <w:b/>
                      <w:color w:val="1F2937"/>
                    </w:rPr>
                    <w:t>Very Good</w:t>
                  </w:r>
                </w:p>
              </w:tc>
              <w:tc>
                <w:tcPr>
                  <w:tcW w:w="3442" w:type="dxa"/>
                  <w:shd w:val="clear" w:color="auto" w:fill="FCFEFF"/>
                  <w:tcMar>
                    <w:top w:w="90" w:type="dxa"/>
                    <w:left w:w="100" w:type="dxa"/>
                    <w:bottom w:w="90" w:type="dxa"/>
                    <w:right w:w="100" w:type="dxa"/>
                  </w:tcMar>
                </w:tcPr>
                <w:p w14:paraId="1C32E5B5" w14:textId="77777777" w:rsidR="0095051E" w:rsidRPr="004A1325" w:rsidRDefault="00000000" w:rsidP="006A21D5">
                  <w:pPr>
                    <w:spacing w:after="40" w:line="312" w:lineRule="auto"/>
                    <w:jc w:val="center"/>
                  </w:pPr>
                  <w:r w:rsidRPr="004A1325">
                    <w:rPr>
                      <w:b/>
                      <w:color w:val="5F6B7A"/>
                    </w:rPr>
                    <w:t>ENGLISH</w:t>
                  </w:r>
                </w:p>
                <w:p w14:paraId="67A3226C" w14:textId="77777777" w:rsidR="0095051E" w:rsidRPr="004A1325" w:rsidRDefault="00000000" w:rsidP="006A21D5">
                  <w:pPr>
                    <w:spacing w:after="0" w:line="312" w:lineRule="auto"/>
                    <w:jc w:val="center"/>
                  </w:pPr>
                  <w:r w:rsidRPr="004A1325">
                    <w:rPr>
                      <w:b/>
                      <w:color w:val="1F2937"/>
                    </w:rPr>
                    <w:t>Excellent</w:t>
                  </w:r>
                </w:p>
              </w:tc>
            </w:tr>
          </w:tbl>
          <w:p w14:paraId="76D02022" w14:textId="77777777" w:rsidR="0095051E" w:rsidRPr="006A21D5" w:rsidRDefault="0095051E" w:rsidP="006A21D5">
            <w:pPr>
              <w:spacing w:line="312" w:lineRule="auto"/>
            </w:pPr>
          </w:p>
        </w:tc>
      </w:tr>
      <w:tr w:rsidR="0095051E" w:rsidRPr="006A21D5" w14:paraId="416E770A" w14:textId="77777777" w:rsidTr="00651A0E">
        <w:trPr>
          <w:jc w:val="center"/>
        </w:trPr>
        <w:tc>
          <w:tcPr>
            <w:tcW w:w="10305" w:type="dxa"/>
            <w:tcMar>
              <w:top w:w="120" w:type="dxa"/>
              <w:left w:w="150" w:type="dxa"/>
              <w:bottom w:w="120" w:type="dxa"/>
              <w:right w:w="150" w:type="dxa"/>
            </w:tcMar>
          </w:tcPr>
          <w:p w14:paraId="5A7A66CA" w14:textId="77777777" w:rsidR="0095051E" w:rsidRPr="006A21D5" w:rsidRDefault="00000000" w:rsidP="006A21D5">
            <w:pPr>
              <w:spacing w:after="160" w:line="312" w:lineRule="auto"/>
            </w:pPr>
            <w:r w:rsidRPr="006A21D5">
              <w:rPr>
                <w:b/>
                <w:color w:val="0B2E59"/>
                <w:sz w:val="26"/>
              </w:rPr>
              <w:t>Selected Personal Interests</w:t>
            </w:r>
          </w:p>
          <w:tbl>
            <w:tblPr>
              <w:tblW w:w="0" w:type="auto"/>
              <w:tblLook w:val="04A0" w:firstRow="1" w:lastRow="0" w:firstColumn="1" w:lastColumn="0" w:noHBand="0" w:noVBand="1"/>
            </w:tblPr>
            <w:tblGrid>
              <w:gridCol w:w="2498"/>
              <w:gridCol w:w="2504"/>
              <w:gridCol w:w="2505"/>
              <w:gridCol w:w="2498"/>
            </w:tblGrid>
            <w:tr w:rsidR="0095051E" w:rsidRPr="006A21D5" w14:paraId="09B79469" w14:textId="77777777" w:rsidTr="001B1DF0">
              <w:tc>
                <w:tcPr>
                  <w:tcW w:w="2581" w:type="dxa"/>
                  <w:shd w:val="clear" w:color="auto" w:fill="EAF4FF"/>
                  <w:tcMar>
                    <w:top w:w="40" w:type="dxa"/>
                    <w:left w:w="40" w:type="dxa"/>
                    <w:bottom w:w="40" w:type="dxa"/>
                    <w:right w:w="40" w:type="dxa"/>
                  </w:tcMar>
                </w:tcPr>
                <w:p w14:paraId="24C64A4C" w14:textId="77777777" w:rsidR="0095051E" w:rsidRPr="004A1325" w:rsidRDefault="00000000" w:rsidP="006A21D5">
                  <w:pPr>
                    <w:spacing w:after="0" w:line="312" w:lineRule="auto"/>
                    <w:jc w:val="center"/>
                  </w:pPr>
                  <w:r w:rsidRPr="004A1325">
                    <w:rPr>
                      <w:b/>
                      <w:color w:val="0B2E59"/>
                    </w:rPr>
                    <w:t>Reading</w:t>
                  </w:r>
                </w:p>
              </w:tc>
              <w:tc>
                <w:tcPr>
                  <w:tcW w:w="2581" w:type="dxa"/>
                  <w:shd w:val="clear" w:color="auto" w:fill="EAF4FF"/>
                  <w:tcMar>
                    <w:top w:w="40" w:type="dxa"/>
                    <w:left w:w="40" w:type="dxa"/>
                    <w:bottom w:w="40" w:type="dxa"/>
                    <w:right w:w="40" w:type="dxa"/>
                  </w:tcMar>
                </w:tcPr>
                <w:p w14:paraId="661D0333" w14:textId="77777777" w:rsidR="0095051E" w:rsidRPr="004A1325" w:rsidRDefault="00000000" w:rsidP="006A21D5">
                  <w:pPr>
                    <w:spacing w:after="0" w:line="312" w:lineRule="auto"/>
                    <w:jc w:val="center"/>
                  </w:pPr>
                  <w:r w:rsidRPr="004A1325">
                    <w:rPr>
                      <w:b/>
                      <w:color w:val="0B2E59"/>
                    </w:rPr>
                    <w:t>Research</w:t>
                  </w:r>
                </w:p>
              </w:tc>
              <w:tc>
                <w:tcPr>
                  <w:tcW w:w="2581" w:type="dxa"/>
                  <w:shd w:val="clear" w:color="auto" w:fill="EAF4FF"/>
                  <w:tcMar>
                    <w:top w:w="40" w:type="dxa"/>
                    <w:left w:w="40" w:type="dxa"/>
                    <w:bottom w:w="40" w:type="dxa"/>
                    <w:right w:w="40" w:type="dxa"/>
                  </w:tcMar>
                </w:tcPr>
                <w:p w14:paraId="0210A136" w14:textId="77777777" w:rsidR="0095051E" w:rsidRPr="004A1325" w:rsidRDefault="00000000" w:rsidP="006A21D5">
                  <w:pPr>
                    <w:spacing w:after="0" w:line="312" w:lineRule="auto"/>
                    <w:jc w:val="center"/>
                  </w:pPr>
                  <w:r w:rsidRPr="004A1325">
                    <w:rPr>
                      <w:b/>
                      <w:color w:val="0B2E59"/>
                    </w:rPr>
                    <w:t>Problem-Solving</w:t>
                  </w:r>
                </w:p>
              </w:tc>
              <w:tc>
                <w:tcPr>
                  <w:tcW w:w="2581" w:type="dxa"/>
                  <w:shd w:val="clear" w:color="auto" w:fill="EAF4FF"/>
                  <w:tcMar>
                    <w:top w:w="40" w:type="dxa"/>
                    <w:left w:w="40" w:type="dxa"/>
                    <w:bottom w:w="40" w:type="dxa"/>
                    <w:right w:w="40" w:type="dxa"/>
                  </w:tcMar>
                </w:tcPr>
                <w:p w14:paraId="53053463" w14:textId="77777777" w:rsidR="0095051E" w:rsidRPr="004A1325" w:rsidRDefault="00000000" w:rsidP="006A21D5">
                  <w:pPr>
                    <w:spacing w:after="0" w:line="312" w:lineRule="auto"/>
                    <w:jc w:val="center"/>
                  </w:pPr>
                  <w:r w:rsidRPr="004A1325">
                    <w:rPr>
                      <w:b/>
                      <w:color w:val="0B2E59"/>
                    </w:rPr>
                    <w:t>Family Support</w:t>
                  </w:r>
                </w:p>
              </w:tc>
            </w:tr>
          </w:tbl>
          <w:p w14:paraId="62C52D79" w14:textId="77777777" w:rsidR="0095051E" w:rsidRPr="006A21D5" w:rsidRDefault="0095051E" w:rsidP="006A21D5">
            <w:pPr>
              <w:spacing w:line="312" w:lineRule="auto"/>
            </w:pPr>
          </w:p>
        </w:tc>
      </w:tr>
      <w:tr w:rsidR="0095051E" w:rsidRPr="006A21D5" w14:paraId="7A27F1F5" w14:textId="77777777" w:rsidTr="00651A0E">
        <w:trPr>
          <w:jc w:val="center"/>
        </w:trPr>
        <w:tc>
          <w:tcPr>
            <w:tcW w:w="10305" w:type="dxa"/>
            <w:tcMar>
              <w:top w:w="120" w:type="dxa"/>
              <w:left w:w="150" w:type="dxa"/>
              <w:bottom w:w="120" w:type="dxa"/>
              <w:right w:w="150" w:type="dxa"/>
            </w:tcMar>
          </w:tcPr>
          <w:p w14:paraId="45F6C514" w14:textId="77777777" w:rsidR="0095051E" w:rsidRPr="006A21D5" w:rsidRDefault="00000000" w:rsidP="006A21D5">
            <w:pPr>
              <w:spacing w:after="160" w:line="312" w:lineRule="auto"/>
            </w:pPr>
            <w:r w:rsidRPr="006A21D5">
              <w:rPr>
                <w:b/>
                <w:color w:val="0B2E59"/>
                <w:sz w:val="26"/>
              </w:rPr>
              <w:t>References</w:t>
            </w:r>
          </w:p>
          <w:tbl>
            <w:tblPr>
              <w:tblW w:w="0" w:type="auto"/>
              <w:tblLook w:val="04A0" w:firstRow="1" w:lastRow="0" w:firstColumn="1" w:lastColumn="0" w:noHBand="0" w:noVBand="1"/>
            </w:tblPr>
            <w:tblGrid>
              <w:gridCol w:w="10005"/>
            </w:tblGrid>
            <w:tr w:rsidR="0095051E" w:rsidRPr="006A21D5" w14:paraId="0A8616C2" w14:textId="77777777" w:rsidTr="001B1DF0">
              <w:tc>
                <w:tcPr>
                  <w:tcW w:w="10005" w:type="dxa"/>
                  <w:shd w:val="clear" w:color="auto" w:fill="FCFEFF"/>
                  <w:tcMar>
                    <w:top w:w="70" w:type="dxa"/>
                    <w:left w:w="90" w:type="dxa"/>
                    <w:bottom w:w="70" w:type="dxa"/>
                    <w:right w:w="90" w:type="dxa"/>
                  </w:tcMar>
                </w:tcPr>
                <w:p w14:paraId="26F37040" w14:textId="77777777" w:rsidR="0095051E" w:rsidRPr="006A21D5" w:rsidRDefault="00000000" w:rsidP="006A21D5">
                  <w:pPr>
                    <w:spacing w:after="40" w:line="312" w:lineRule="auto"/>
                  </w:pPr>
                  <w:r w:rsidRPr="006A21D5">
                    <w:rPr>
                      <w:b/>
                      <w:color w:val="0B2E59"/>
                      <w:sz w:val="21"/>
                    </w:rPr>
                    <w:t>Mr. Berhane Yadessa</w:t>
                  </w:r>
                </w:p>
                <w:p w14:paraId="642614E0" w14:textId="77777777" w:rsidR="0095051E" w:rsidRPr="004A1325" w:rsidRDefault="00000000" w:rsidP="006A21D5">
                  <w:pPr>
                    <w:spacing w:after="100" w:line="312" w:lineRule="auto"/>
                    <w:jc w:val="both"/>
                  </w:pPr>
                  <w:r w:rsidRPr="004A1325">
                    <w:rPr>
                      <w:color w:val="1F2937"/>
                    </w:rPr>
                    <w:t>Deputy Chief Executive Officer, Ethiopian Engineering Corporation</w:t>
                  </w:r>
                </w:p>
                <w:p w14:paraId="23FBB61C" w14:textId="77777777" w:rsidR="0095051E" w:rsidRPr="006A21D5" w:rsidRDefault="00000000" w:rsidP="006A21D5">
                  <w:pPr>
                    <w:spacing w:after="0" w:line="312" w:lineRule="auto"/>
                  </w:pPr>
                  <w:r w:rsidRPr="006A21D5">
                    <w:rPr>
                      <w:color w:val="1F2937"/>
                      <w:sz w:val="20"/>
                    </w:rPr>
                    <w:t>Phone: +251 913 427 630</w:t>
                  </w:r>
                </w:p>
              </w:tc>
            </w:tr>
            <w:tr w:rsidR="0095051E" w:rsidRPr="006A21D5" w14:paraId="5CC9AAD7" w14:textId="77777777" w:rsidTr="001B1DF0">
              <w:tc>
                <w:tcPr>
                  <w:tcW w:w="10005" w:type="dxa"/>
                  <w:shd w:val="clear" w:color="auto" w:fill="FCFEFF"/>
                  <w:tcMar>
                    <w:top w:w="70" w:type="dxa"/>
                    <w:left w:w="90" w:type="dxa"/>
                    <w:bottom w:w="70" w:type="dxa"/>
                    <w:right w:w="90" w:type="dxa"/>
                  </w:tcMar>
                </w:tcPr>
                <w:p w14:paraId="507AE18C" w14:textId="77777777" w:rsidR="0095051E" w:rsidRPr="006A21D5" w:rsidRDefault="00000000" w:rsidP="006A21D5">
                  <w:pPr>
                    <w:spacing w:after="40" w:line="312" w:lineRule="auto"/>
                  </w:pPr>
                  <w:r w:rsidRPr="006A21D5">
                    <w:rPr>
                      <w:b/>
                      <w:color w:val="0B2E59"/>
                      <w:sz w:val="21"/>
                    </w:rPr>
                    <w:t>Mr. Ashenafie Tesfaye</w:t>
                  </w:r>
                </w:p>
                <w:p w14:paraId="152B9A51" w14:textId="77777777" w:rsidR="0095051E" w:rsidRPr="004A1325" w:rsidRDefault="00000000" w:rsidP="006A21D5">
                  <w:pPr>
                    <w:spacing w:after="100" w:line="312" w:lineRule="auto"/>
                    <w:jc w:val="both"/>
                  </w:pPr>
                  <w:r w:rsidRPr="004A1325">
                    <w:rPr>
                      <w:color w:val="1F2937"/>
                    </w:rPr>
                    <w:lastRenderedPageBreak/>
                    <w:t>Geological and Geotechnical Investigation Process Manager, Ethiopian Engineering Corporation</w:t>
                  </w:r>
                </w:p>
                <w:p w14:paraId="44CBE2D4" w14:textId="77777777" w:rsidR="0095051E" w:rsidRPr="004A1325" w:rsidRDefault="00000000" w:rsidP="006A21D5">
                  <w:pPr>
                    <w:spacing w:after="0" w:line="312" w:lineRule="auto"/>
                    <w:rPr>
                      <w:sz w:val="20"/>
                      <w:szCs w:val="20"/>
                    </w:rPr>
                  </w:pPr>
                  <w:r w:rsidRPr="004A1325">
                    <w:rPr>
                      <w:color w:val="1F2937"/>
                      <w:sz w:val="20"/>
                      <w:szCs w:val="20"/>
                    </w:rPr>
                    <w:t>Phone: +251 923 671 731</w:t>
                  </w:r>
                </w:p>
              </w:tc>
            </w:tr>
            <w:tr w:rsidR="0095051E" w:rsidRPr="006A21D5" w14:paraId="4756A8C0" w14:textId="77777777" w:rsidTr="001B1DF0">
              <w:tc>
                <w:tcPr>
                  <w:tcW w:w="10005" w:type="dxa"/>
                  <w:shd w:val="clear" w:color="auto" w:fill="FCFEFF"/>
                  <w:tcMar>
                    <w:top w:w="70" w:type="dxa"/>
                    <w:left w:w="90" w:type="dxa"/>
                    <w:bottom w:w="70" w:type="dxa"/>
                    <w:right w:w="90" w:type="dxa"/>
                  </w:tcMar>
                </w:tcPr>
                <w:p w14:paraId="764B59F5" w14:textId="77777777" w:rsidR="0095051E" w:rsidRPr="006A21D5" w:rsidRDefault="00000000" w:rsidP="006A21D5">
                  <w:pPr>
                    <w:spacing w:after="40" w:line="312" w:lineRule="auto"/>
                  </w:pPr>
                  <w:r w:rsidRPr="006A21D5">
                    <w:rPr>
                      <w:b/>
                      <w:color w:val="0B2E59"/>
                      <w:sz w:val="21"/>
                    </w:rPr>
                    <w:lastRenderedPageBreak/>
                    <w:t>Mr. Habtamu Solomon</w:t>
                  </w:r>
                </w:p>
                <w:p w14:paraId="43C7047D" w14:textId="77777777" w:rsidR="0095051E" w:rsidRPr="004A1325" w:rsidRDefault="00000000" w:rsidP="006A21D5">
                  <w:pPr>
                    <w:spacing w:after="100" w:line="312" w:lineRule="auto"/>
                    <w:jc w:val="both"/>
                  </w:pPr>
                  <w:r w:rsidRPr="004A1325">
                    <w:rPr>
                      <w:color w:val="1F2937"/>
                    </w:rPr>
                    <w:t>Geotechnical Investigation Sub-Process Manager, Ethiopian Engineering Corporation</w:t>
                  </w:r>
                </w:p>
                <w:p w14:paraId="45040C3F" w14:textId="77777777" w:rsidR="0095051E" w:rsidRPr="004A1325" w:rsidRDefault="00000000" w:rsidP="006A21D5">
                  <w:pPr>
                    <w:spacing w:after="0" w:line="312" w:lineRule="auto"/>
                    <w:rPr>
                      <w:sz w:val="20"/>
                      <w:szCs w:val="20"/>
                    </w:rPr>
                  </w:pPr>
                  <w:r w:rsidRPr="004A1325">
                    <w:rPr>
                      <w:color w:val="1F2937"/>
                      <w:sz w:val="20"/>
                      <w:szCs w:val="20"/>
                    </w:rPr>
                    <w:t>Phone: +251 911 872 543</w:t>
                  </w:r>
                </w:p>
              </w:tc>
            </w:tr>
          </w:tbl>
          <w:p w14:paraId="62949BC0" w14:textId="77777777" w:rsidR="0095051E" w:rsidRPr="006A21D5" w:rsidRDefault="0095051E" w:rsidP="006A21D5">
            <w:pPr>
              <w:spacing w:line="312" w:lineRule="auto"/>
            </w:pPr>
          </w:p>
        </w:tc>
      </w:tr>
      <w:tr w:rsidR="0095051E" w:rsidRPr="006A21D5" w14:paraId="4AD91E78" w14:textId="77777777" w:rsidTr="00651A0E">
        <w:trPr>
          <w:jc w:val="center"/>
        </w:trPr>
        <w:tc>
          <w:tcPr>
            <w:tcW w:w="10305" w:type="dxa"/>
            <w:tcMar>
              <w:top w:w="120" w:type="dxa"/>
              <w:left w:w="150" w:type="dxa"/>
              <w:bottom w:w="120" w:type="dxa"/>
              <w:right w:w="150" w:type="dxa"/>
            </w:tcMar>
          </w:tcPr>
          <w:p w14:paraId="125DF997" w14:textId="77777777" w:rsidR="0095051E" w:rsidRPr="006A21D5" w:rsidRDefault="00000000" w:rsidP="00577079">
            <w:pPr>
              <w:spacing w:after="160" w:line="312" w:lineRule="auto"/>
              <w:jc w:val="both"/>
            </w:pPr>
            <w:r w:rsidRPr="006A21D5">
              <w:rPr>
                <w:b/>
                <w:color w:val="0B2E59"/>
                <w:sz w:val="26"/>
              </w:rPr>
              <w:lastRenderedPageBreak/>
              <w:t>Professional Value</w:t>
            </w:r>
          </w:p>
          <w:p w14:paraId="3A3CD58C" w14:textId="77777777" w:rsidR="0095051E" w:rsidRPr="006A21D5" w:rsidRDefault="00000000" w:rsidP="00577079">
            <w:pPr>
              <w:spacing w:after="100" w:line="312" w:lineRule="auto"/>
              <w:jc w:val="both"/>
            </w:pPr>
            <w:r w:rsidRPr="006A21D5">
              <w:rPr>
                <w:color w:val="1F2937"/>
                <w:sz w:val="21"/>
              </w:rPr>
              <w:t>Yosef Tafa Oba offers a strong combination of engineering geology, geotechnical investigation, hydrogeology, materials engineering, field supervision, and reporting discipline that is highly relevant to dam, infrastructure, and construction-related consultancy assignments. His profile is especially suitable for projects requiring reliable site characterization, geotechnical interpretation, construction materials evaluation, and structured technical support from field investigation through reporting and design input.</w:t>
            </w:r>
          </w:p>
        </w:tc>
      </w:tr>
      <w:tr w:rsidR="0095051E" w:rsidRPr="006A21D5" w14:paraId="0782AF11" w14:textId="77777777" w:rsidTr="00651A0E">
        <w:trPr>
          <w:jc w:val="center"/>
        </w:trPr>
        <w:tc>
          <w:tcPr>
            <w:tcW w:w="10305" w:type="dxa"/>
            <w:tcMar>
              <w:top w:w="120" w:type="dxa"/>
              <w:left w:w="150" w:type="dxa"/>
              <w:bottom w:w="120" w:type="dxa"/>
              <w:right w:w="150" w:type="dxa"/>
            </w:tcMar>
          </w:tcPr>
          <w:p w14:paraId="7D4DA34F" w14:textId="77777777" w:rsidR="0095051E" w:rsidRPr="006A21D5" w:rsidRDefault="00000000" w:rsidP="006A21D5">
            <w:pPr>
              <w:spacing w:after="160" w:line="312" w:lineRule="auto"/>
              <w:rPr>
                <w:lang w:val="fr-CH"/>
              </w:rPr>
            </w:pPr>
            <w:r w:rsidRPr="006A21D5">
              <w:rPr>
                <w:b/>
                <w:color w:val="0B2E59"/>
                <w:sz w:val="26"/>
                <w:lang w:val="fr-CH"/>
              </w:rPr>
              <w:t>Contact</w:t>
            </w:r>
          </w:p>
          <w:p w14:paraId="267F013E" w14:textId="77777777" w:rsidR="0095051E" w:rsidRPr="006A21D5" w:rsidRDefault="00000000" w:rsidP="006A21D5">
            <w:pPr>
              <w:spacing w:after="100" w:line="312" w:lineRule="auto"/>
              <w:rPr>
                <w:lang w:val="fr-CH"/>
              </w:rPr>
            </w:pPr>
            <w:proofErr w:type="gramStart"/>
            <w:r w:rsidRPr="006A21D5">
              <w:rPr>
                <w:b/>
                <w:color w:val="1F2937"/>
                <w:sz w:val="21"/>
                <w:lang w:val="fr-CH"/>
              </w:rPr>
              <w:t>Email:</w:t>
            </w:r>
            <w:proofErr w:type="gramEnd"/>
            <w:r w:rsidRPr="006A21D5">
              <w:rPr>
                <w:b/>
                <w:color w:val="1F2937"/>
                <w:sz w:val="21"/>
                <w:lang w:val="fr-CH"/>
              </w:rPr>
              <w:t xml:space="preserve"> </w:t>
            </w:r>
            <w:r w:rsidRPr="006A21D5">
              <w:rPr>
                <w:color w:val="1F2937"/>
                <w:sz w:val="21"/>
                <w:lang w:val="fr-CH"/>
              </w:rPr>
              <w:t>yoseftafa@gmail.com</w:t>
            </w:r>
          </w:p>
          <w:p w14:paraId="715F5E98" w14:textId="77777777" w:rsidR="0095051E" w:rsidRPr="006A21D5" w:rsidRDefault="00000000" w:rsidP="006A21D5">
            <w:pPr>
              <w:spacing w:after="100" w:line="312" w:lineRule="auto"/>
              <w:rPr>
                <w:lang w:val="fr-CH"/>
              </w:rPr>
            </w:pPr>
            <w:r w:rsidRPr="006A21D5">
              <w:rPr>
                <w:b/>
                <w:color w:val="1F2937"/>
                <w:sz w:val="21"/>
                <w:lang w:val="fr-CH"/>
              </w:rPr>
              <w:t xml:space="preserve">Alternative </w:t>
            </w:r>
            <w:proofErr w:type="gramStart"/>
            <w:r w:rsidRPr="006A21D5">
              <w:rPr>
                <w:b/>
                <w:color w:val="1F2937"/>
                <w:sz w:val="21"/>
                <w:lang w:val="fr-CH"/>
              </w:rPr>
              <w:t>Email:</w:t>
            </w:r>
            <w:proofErr w:type="gramEnd"/>
            <w:r w:rsidRPr="006A21D5">
              <w:rPr>
                <w:b/>
                <w:color w:val="1F2937"/>
                <w:sz w:val="21"/>
                <w:lang w:val="fr-CH"/>
              </w:rPr>
              <w:t xml:space="preserve"> </w:t>
            </w:r>
            <w:r w:rsidRPr="006A21D5">
              <w:rPr>
                <w:color w:val="1F2937"/>
                <w:sz w:val="21"/>
                <w:lang w:val="fr-CH"/>
              </w:rPr>
              <w:t>yoseftafa@yahoo.com</w:t>
            </w:r>
          </w:p>
          <w:p w14:paraId="72BCDA76" w14:textId="77777777" w:rsidR="0095051E" w:rsidRPr="006A21D5" w:rsidRDefault="00000000" w:rsidP="006A21D5">
            <w:pPr>
              <w:spacing w:after="100" w:line="312" w:lineRule="auto"/>
            </w:pPr>
            <w:r w:rsidRPr="006A21D5">
              <w:rPr>
                <w:b/>
                <w:color w:val="1F2937"/>
                <w:sz w:val="21"/>
              </w:rPr>
              <w:t xml:space="preserve">Phone: </w:t>
            </w:r>
            <w:r w:rsidRPr="006A21D5">
              <w:rPr>
                <w:color w:val="1F2937"/>
                <w:sz w:val="21"/>
              </w:rPr>
              <w:t>+251 911 802 658</w:t>
            </w:r>
          </w:p>
          <w:p w14:paraId="5215DAC6" w14:textId="77777777" w:rsidR="0095051E" w:rsidRPr="006A21D5" w:rsidRDefault="00000000" w:rsidP="006A21D5">
            <w:pPr>
              <w:spacing w:after="100" w:line="312" w:lineRule="auto"/>
            </w:pPr>
            <w:r w:rsidRPr="006A21D5">
              <w:rPr>
                <w:b/>
                <w:color w:val="1F2937"/>
                <w:sz w:val="21"/>
              </w:rPr>
              <w:t xml:space="preserve">Location: </w:t>
            </w:r>
            <w:r w:rsidRPr="006A21D5">
              <w:rPr>
                <w:color w:val="1F2937"/>
                <w:sz w:val="21"/>
              </w:rPr>
              <w:t>Addis Ababa, Ethiopia</w:t>
            </w:r>
          </w:p>
          <w:p w14:paraId="2B76CC27" w14:textId="77777777" w:rsidR="0095051E" w:rsidRPr="006A21D5" w:rsidRDefault="00000000" w:rsidP="006A21D5">
            <w:pPr>
              <w:spacing w:after="100" w:line="312" w:lineRule="auto"/>
            </w:pPr>
            <w:r w:rsidRPr="006A21D5">
              <w:rPr>
                <w:b/>
                <w:color w:val="1F2937"/>
                <w:sz w:val="21"/>
              </w:rPr>
              <w:t xml:space="preserve">Consultancy Role: </w:t>
            </w:r>
            <w:r w:rsidRPr="006A21D5">
              <w:rPr>
                <w:color w:val="1F2937"/>
                <w:sz w:val="21"/>
              </w:rPr>
              <w:t>Senior Engineering Geologist / Geotechnical Engineer / Material Engineer</w:t>
            </w:r>
          </w:p>
        </w:tc>
      </w:tr>
    </w:tbl>
    <w:p w14:paraId="3B82C9D0" w14:textId="77777777" w:rsidR="0095051E" w:rsidRPr="006A21D5" w:rsidRDefault="0095051E" w:rsidP="006A21D5">
      <w:pPr>
        <w:spacing w:after="40" w:line="312" w:lineRule="auto"/>
      </w:pPr>
    </w:p>
    <w:sectPr w:rsidR="0095051E" w:rsidRPr="006A21D5" w:rsidSect="00034616">
      <w:footerReference w:type="default" r:id="rId9"/>
      <w:pgSz w:w="11909" w:h="16834"/>
      <w:pgMar w:top="648" w:right="792" w:bottom="648"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F36C4" w14:textId="77777777" w:rsidR="002D16CE" w:rsidRDefault="002D16CE" w:rsidP="006A21D5">
      <w:pPr>
        <w:spacing w:after="0" w:line="240" w:lineRule="auto"/>
      </w:pPr>
      <w:r>
        <w:separator/>
      </w:r>
    </w:p>
  </w:endnote>
  <w:endnote w:type="continuationSeparator" w:id="0">
    <w:p w14:paraId="6B9CAB71" w14:textId="77777777" w:rsidR="002D16CE" w:rsidRDefault="002D16CE" w:rsidP="006A2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93F9" w14:textId="2E0EC7C8" w:rsidR="006A21D5" w:rsidRPr="006A21D5" w:rsidRDefault="006A21D5">
    <w:pPr>
      <w:pStyle w:val="Footer"/>
      <w:jc w:val="right"/>
      <w:rPr>
        <w:lang w:val="fr-CH"/>
      </w:rPr>
    </w:pPr>
  </w:p>
  <w:p w14:paraId="254E9AFB" w14:textId="4B7513FB" w:rsidR="006A21D5" w:rsidRPr="00651A0E" w:rsidRDefault="006A21D5" w:rsidP="006A21D5">
    <w:pPr>
      <w:tabs>
        <w:tab w:val="center" w:pos="4680"/>
        <w:tab w:val="right" w:pos="9360"/>
      </w:tabs>
      <w:spacing w:after="0" w:line="240" w:lineRule="auto"/>
      <w:jc w:val="center"/>
      <w:rPr>
        <w:rFonts w:eastAsiaTheme="minorEastAsia"/>
        <w:i/>
        <w:iCs/>
        <w:color w:val="1F2937"/>
        <w:sz w:val="21"/>
        <w:lang w:val="fr-CH"/>
      </w:rPr>
    </w:pPr>
    <w:r w:rsidRPr="00651A0E">
      <w:rPr>
        <w:rFonts w:eastAsiaTheme="minorEastAsia"/>
        <w:i/>
        <w:iCs/>
        <w:color w:val="5F6B7A"/>
        <w:sz w:val="18"/>
        <w:lang w:val="fr-CH"/>
      </w:rPr>
      <w:t xml:space="preserve">Yosef Tafa Oba — Consultant </w:t>
    </w:r>
    <w:r w:rsidR="00577079" w:rsidRPr="00651A0E">
      <w:rPr>
        <w:rFonts w:eastAsiaTheme="minorEastAsia"/>
        <w:i/>
        <w:iCs/>
        <w:color w:val="5F6B7A"/>
        <w:sz w:val="18"/>
        <w:lang w:val="fr-CH"/>
      </w:rPr>
      <w:t>Profile</w:t>
    </w:r>
    <w:r w:rsidR="00577079" w:rsidRPr="00651A0E">
      <w:rPr>
        <w:rFonts w:eastAsiaTheme="minorEastAsia"/>
        <w:i/>
        <w:iCs/>
        <w:color w:val="1F2937"/>
        <w:sz w:val="21"/>
        <w:lang w:val="fr-CH"/>
      </w:rPr>
      <w:t xml:space="preserve"> |</w:t>
    </w:r>
    <w:r w:rsidRPr="00651A0E">
      <w:rPr>
        <w:rFonts w:eastAsiaTheme="minorEastAsia"/>
        <w:i/>
        <w:iCs/>
        <w:color w:val="1F2937"/>
        <w:sz w:val="21"/>
        <w:lang w:val="fr-CH"/>
      </w:rPr>
      <w:t xml:space="preserve"> Page </w:t>
    </w:r>
    <w:r w:rsidRPr="00651A0E">
      <w:rPr>
        <w:rFonts w:eastAsiaTheme="minorEastAsia"/>
        <w:i/>
        <w:iCs/>
        <w:color w:val="1F2937"/>
        <w:sz w:val="21"/>
      </w:rPr>
      <w:fldChar w:fldCharType="begin"/>
    </w:r>
    <w:r w:rsidRPr="00651A0E">
      <w:rPr>
        <w:rFonts w:eastAsiaTheme="minorEastAsia"/>
        <w:i/>
        <w:iCs/>
        <w:color w:val="1F2937"/>
        <w:sz w:val="21"/>
        <w:lang w:val="fr-CH"/>
      </w:rPr>
      <w:instrText>PAGE</w:instrText>
    </w:r>
    <w:r w:rsidRPr="00651A0E">
      <w:rPr>
        <w:rFonts w:eastAsiaTheme="minorEastAsia"/>
        <w:i/>
        <w:iCs/>
        <w:color w:val="1F2937"/>
        <w:sz w:val="21"/>
      </w:rPr>
      <w:fldChar w:fldCharType="separate"/>
    </w:r>
    <w:r w:rsidRPr="00651A0E">
      <w:rPr>
        <w:rFonts w:eastAsiaTheme="minorEastAsia"/>
        <w:i/>
        <w:iCs/>
        <w:color w:val="1F2937"/>
        <w:sz w:val="21"/>
        <w:lang w:val="fr-CH"/>
      </w:rPr>
      <w:t>7</w:t>
    </w:r>
    <w:r w:rsidRPr="00651A0E">
      <w:rPr>
        <w:rFonts w:eastAsiaTheme="minorEastAsia"/>
        <w:i/>
        <w:iCs/>
        <w:color w:val="1F2937"/>
        <w:sz w:val="21"/>
      </w:rPr>
      <w:fldChar w:fldCharType="end"/>
    </w:r>
  </w:p>
  <w:p w14:paraId="31316A17" w14:textId="6BD3C16F" w:rsidR="006A21D5" w:rsidRPr="006A21D5" w:rsidRDefault="006A21D5">
    <w:pPr>
      <w:pStyle w:val="Footer"/>
      <w:rPr>
        <w:bCs/>
        <w:sz w:val="20"/>
        <w:szCs w:val="2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626FA" w14:textId="77777777" w:rsidR="002D16CE" w:rsidRDefault="002D16CE" w:rsidP="006A21D5">
      <w:pPr>
        <w:spacing w:after="0" w:line="240" w:lineRule="auto"/>
      </w:pPr>
      <w:r>
        <w:separator/>
      </w:r>
    </w:p>
  </w:footnote>
  <w:footnote w:type="continuationSeparator" w:id="0">
    <w:p w14:paraId="54EF8D98" w14:textId="77777777" w:rsidR="002D16CE" w:rsidRDefault="002D16CE" w:rsidP="006A2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94320249">
    <w:abstractNumId w:val="8"/>
  </w:num>
  <w:num w:numId="2" w16cid:durableId="1905525985">
    <w:abstractNumId w:val="6"/>
  </w:num>
  <w:num w:numId="3" w16cid:durableId="626938560">
    <w:abstractNumId w:val="5"/>
  </w:num>
  <w:num w:numId="4" w16cid:durableId="1936740214">
    <w:abstractNumId w:val="4"/>
  </w:num>
  <w:num w:numId="5" w16cid:durableId="423838954">
    <w:abstractNumId w:val="7"/>
  </w:num>
  <w:num w:numId="6" w16cid:durableId="73943411">
    <w:abstractNumId w:val="3"/>
  </w:num>
  <w:num w:numId="7" w16cid:durableId="1403408746">
    <w:abstractNumId w:val="2"/>
  </w:num>
  <w:num w:numId="8" w16cid:durableId="1592003035">
    <w:abstractNumId w:val="1"/>
  </w:num>
  <w:num w:numId="9" w16cid:durableId="2120492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18F9"/>
    <w:rsid w:val="0015074B"/>
    <w:rsid w:val="001B0647"/>
    <w:rsid w:val="001B1DF0"/>
    <w:rsid w:val="0029639D"/>
    <w:rsid w:val="002D16CE"/>
    <w:rsid w:val="00326F90"/>
    <w:rsid w:val="00443AB9"/>
    <w:rsid w:val="004A1325"/>
    <w:rsid w:val="00535F1B"/>
    <w:rsid w:val="00577079"/>
    <w:rsid w:val="00651A0E"/>
    <w:rsid w:val="006A21D5"/>
    <w:rsid w:val="006B2BCA"/>
    <w:rsid w:val="00724573"/>
    <w:rsid w:val="00807DE4"/>
    <w:rsid w:val="00826A99"/>
    <w:rsid w:val="0095051E"/>
    <w:rsid w:val="009A14B8"/>
    <w:rsid w:val="00AA1D8D"/>
    <w:rsid w:val="00B47730"/>
    <w:rsid w:val="00BE3F01"/>
    <w:rsid w:val="00C55DF6"/>
    <w:rsid w:val="00CB0664"/>
    <w:rsid w:val="00DF6863"/>
    <w:rsid w:val="00ED633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F3492F"/>
  <w14:defaultImageDpi w14:val="300"/>
  <w15:docId w15:val="{B5423C5F-B367-4424-9492-B0662B53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eorgia" w:eastAsia="Georgia" w:hAnsi="Georgia"/>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1644</Words>
  <Characters>11410</Characters>
  <Application>Microsoft Office Word</Application>
  <DocSecurity>0</DocSecurity>
  <Lines>278</Lines>
  <Paragraphs>221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6</cp:revision>
  <dcterms:created xsi:type="dcterms:W3CDTF">2026-04-07T19:53:00Z</dcterms:created>
  <dcterms:modified xsi:type="dcterms:W3CDTF">2026-04-07T20:41:00Z</dcterms:modified>
  <cp:category/>
</cp:coreProperties>
</file>